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2346B6" w14:textId="79AD233B" w:rsidR="009A3E8E" w:rsidRPr="00905166" w:rsidRDefault="009A3E8E" w:rsidP="009A3E8E">
      <w:pPr>
        <w:suppressAutoHyphens/>
        <w:spacing w:after="0"/>
        <w:ind w:left="397" w:hanging="397"/>
        <w:jc w:val="center"/>
        <w:outlineLvl w:val="0"/>
        <w:rPr>
          <w:rFonts w:ascii="Cambria" w:hAnsi="Cambria" w:cs="Calibri"/>
          <w:b/>
          <w:position w:val="-1"/>
          <w:sz w:val="36"/>
          <w:szCs w:val="32"/>
          <w:u w:val="single"/>
          <w:lang w:val="es-AR" w:eastAsia="es-AR"/>
        </w:rPr>
      </w:pPr>
      <w:bookmarkStart w:id="0" w:name="_Hlk130898592"/>
      <w:r w:rsidRPr="00905166">
        <w:rPr>
          <w:rFonts w:ascii="Cambria" w:hAnsi="Cambria" w:cs="Calibri"/>
          <w:b/>
          <w:color w:val="000000"/>
          <w:position w:val="-1"/>
          <w:sz w:val="36"/>
          <w:szCs w:val="32"/>
          <w:u w:val="single"/>
          <w:lang w:val="es-AR" w:eastAsia="es-AR"/>
        </w:rPr>
        <w:t xml:space="preserve">Expediente </w:t>
      </w:r>
      <w:proofErr w:type="spellStart"/>
      <w:r w:rsidRPr="00905166">
        <w:rPr>
          <w:rFonts w:ascii="Cambria" w:hAnsi="Cambria" w:cs="Calibri"/>
          <w:b/>
          <w:color w:val="000000"/>
          <w:position w:val="-1"/>
          <w:sz w:val="36"/>
          <w:szCs w:val="32"/>
          <w:u w:val="single"/>
          <w:lang w:val="es-AR" w:eastAsia="es-AR"/>
        </w:rPr>
        <w:t>N°</w:t>
      </w:r>
      <w:proofErr w:type="spellEnd"/>
      <w:r w:rsidRPr="00905166">
        <w:rPr>
          <w:rFonts w:ascii="Cambria" w:hAnsi="Cambria" w:cs="Calibri"/>
          <w:b/>
          <w:color w:val="000000"/>
          <w:position w:val="-1"/>
          <w:sz w:val="36"/>
          <w:szCs w:val="32"/>
          <w:u w:val="single"/>
          <w:lang w:val="es-AR" w:eastAsia="es-AR"/>
        </w:rPr>
        <w:t xml:space="preserve"> </w:t>
      </w:r>
      <w:r w:rsidRPr="00905166">
        <w:rPr>
          <w:rFonts w:ascii="Cambria" w:hAnsi="Cambria" w:cs="Calibri"/>
          <w:b/>
          <w:color w:val="000000"/>
          <w:position w:val="-1"/>
          <w:sz w:val="36"/>
          <w:szCs w:val="32"/>
          <w:u w:val="single"/>
          <w:lang w:val="es-AR" w:eastAsia="es-AR"/>
        </w:rPr>
        <w:t>206</w:t>
      </w:r>
      <w:r w:rsidRPr="00905166">
        <w:rPr>
          <w:rFonts w:ascii="Cambria" w:hAnsi="Cambria" w:cs="Calibri"/>
          <w:b/>
          <w:color w:val="000000"/>
          <w:position w:val="-1"/>
          <w:sz w:val="36"/>
          <w:szCs w:val="32"/>
          <w:u w:val="single"/>
          <w:lang w:val="es-AR" w:eastAsia="es-AR"/>
        </w:rPr>
        <w:t>/2026</w:t>
      </w:r>
    </w:p>
    <w:bookmarkEnd w:id="0"/>
    <w:p w14:paraId="1B5C68F2" w14:textId="77777777" w:rsidR="009A3E8E" w:rsidRPr="00905166" w:rsidRDefault="009A3E8E" w:rsidP="009A3E8E">
      <w:pPr>
        <w:suppressAutoHyphens/>
        <w:spacing w:after="0"/>
        <w:ind w:left="3" w:hangingChars="1" w:hanging="3"/>
        <w:jc w:val="center"/>
        <w:outlineLvl w:val="0"/>
        <w:rPr>
          <w:rFonts w:ascii="Arial Narrow" w:hAnsi="Arial Narrow" w:cs="Calibri"/>
          <w:color w:val="000000"/>
          <w:position w:val="-1"/>
          <w:sz w:val="32"/>
          <w:szCs w:val="32"/>
          <w:lang w:val="es-AR" w:eastAsia="es-AR"/>
        </w:rPr>
      </w:pPr>
      <w:r w:rsidRPr="00905166">
        <w:rPr>
          <w:rFonts w:ascii="Arial Narrow" w:hAnsi="Arial Narrow" w:cs="Calibri"/>
          <w:color w:val="000000"/>
          <w:position w:val="-1"/>
          <w:sz w:val="32"/>
          <w:szCs w:val="32"/>
          <w:lang w:val="es-AR" w:eastAsia="es-AR"/>
        </w:rPr>
        <w:t>PROYECTO DE COMUNICACIÓN</w:t>
      </w:r>
    </w:p>
    <w:p w14:paraId="3D9CC461" w14:textId="4332C190" w:rsidR="00F96F48" w:rsidRDefault="009A3E8E" w:rsidP="009A3E8E">
      <w:pPr>
        <w:spacing w:after="0"/>
        <w:rPr>
          <w:rFonts w:ascii="Calibri" w:eastAsia="Calibri" w:hAnsi="Calibri" w:cs="Times New Roman"/>
        </w:rPr>
      </w:pPr>
      <w:r>
        <w:rPr>
          <w:rFonts w:ascii="Helvetica Neue" w:eastAsia="Arial Unicode MS" w:hAnsi="Helvetica Neue" w:cs="Arial Unicode MS"/>
          <w:color w:val="000000"/>
          <w:position w:val="1"/>
          <w:lang w:eastAsia="es-AR"/>
        </w:rPr>
        <w:pict w14:anchorId="7F9F739D">
          <v:rect id="_x0000_i1027" style="width:441.9pt;height:1.5pt" o:hralign="center" o:hrstd="t" o:hr="t" fillcolor="#a0a0a0" stroked="f"/>
        </w:pict>
      </w:r>
    </w:p>
    <w:p w14:paraId="3C52813A" w14:textId="77777777" w:rsidR="004A36C8" w:rsidRPr="004A36C8" w:rsidRDefault="004A36C8" w:rsidP="004A36C8">
      <w:pPr>
        <w:pStyle w:val="Sinespaciado"/>
        <w:jc w:val="right"/>
        <w:rPr>
          <w:rFonts w:ascii="Arial" w:hAnsi="Arial" w:cs="Arial"/>
          <w:sz w:val="26"/>
          <w:szCs w:val="26"/>
          <w:lang w:val="es-AR"/>
        </w:rPr>
      </w:pPr>
      <w:r w:rsidRPr="004A36C8">
        <w:rPr>
          <w:rFonts w:ascii="Arial" w:hAnsi="Arial" w:cs="Arial"/>
          <w:sz w:val="26"/>
          <w:szCs w:val="26"/>
          <w:lang w:val="es-AR"/>
        </w:rPr>
        <w:t xml:space="preserve">25 de </w:t>
      </w:r>
      <w:proofErr w:type="gramStart"/>
      <w:r w:rsidRPr="004A36C8">
        <w:rPr>
          <w:rFonts w:ascii="Arial" w:hAnsi="Arial" w:cs="Arial"/>
          <w:sz w:val="26"/>
          <w:szCs w:val="26"/>
          <w:lang w:val="es-AR"/>
        </w:rPr>
        <w:t>Mayo</w:t>
      </w:r>
      <w:proofErr w:type="gramEnd"/>
      <w:r w:rsidRPr="004A36C8">
        <w:rPr>
          <w:rFonts w:ascii="Arial" w:hAnsi="Arial" w:cs="Arial"/>
          <w:sz w:val="26"/>
          <w:szCs w:val="26"/>
          <w:lang w:val="es-AR"/>
        </w:rPr>
        <w:t xml:space="preserve">, 22 de </w:t>
      </w:r>
      <w:proofErr w:type="gramStart"/>
      <w:r w:rsidRPr="004A36C8">
        <w:rPr>
          <w:rFonts w:ascii="Arial" w:hAnsi="Arial" w:cs="Arial"/>
          <w:sz w:val="26"/>
          <w:szCs w:val="26"/>
          <w:lang w:val="es-AR"/>
        </w:rPr>
        <w:t>Septiembre</w:t>
      </w:r>
      <w:proofErr w:type="gramEnd"/>
      <w:r w:rsidRPr="004A36C8">
        <w:rPr>
          <w:rFonts w:ascii="Arial" w:hAnsi="Arial" w:cs="Arial"/>
          <w:sz w:val="26"/>
          <w:szCs w:val="26"/>
          <w:lang w:val="es-AR"/>
        </w:rPr>
        <w:t xml:space="preserve"> de 2026</w:t>
      </w:r>
    </w:p>
    <w:p w14:paraId="15EBCE54" w14:textId="77777777" w:rsidR="004A36C8" w:rsidRDefault="004A36C8" w:rsidP="004A36C8">
      <w:pPr>
        <w:pStyle w:val="Sinespaciado"/>
        <w:rPr>
          <w:rFonts w:ascii="Arial" w:hAnsi="Arial" w:cs="Arial"/>
          <w:sz w:val="26"/>
          <w:szCs w:val="26"/>
          <w:lang w:val="es-AR"/>
        </w:rPr>
      </w:pPr>
    </w:p>
    <w:p w14:paraId="55148039" w14:textId="443451F5" w:rsidR="004A36C8" w:rsidRPr="004A36C8" w:rsidRDefault="004A36C8" w:rsidP="004A36C8">
      <w:pPr>
        <w:jc w:val="both"/>
        <w:rPr>
          <w:rFonts w:eastAsia="Corsiva" w:cs="Arial"/>
          <w:iCs/>
          <w:sz w:val="26"/>
          <w:szCs w:val="26"/>
          <w:lang w:val="es-AR"/>
        </w:rPr>
      </w:pPr>
      <w:r w:rsidRPr="009A3E8E">
        <w:rPr>
          <w:rFonts w:eastAsia="Corsiva" w:cs="Arial"/>
          <w:iCs/>
          <w:sz w:val="26"/>
          <w:szCs w:val="26"/>
          <w:u w:val="single"/>
          <w:lang w:val="es-AR"/>
        </w:rPr>
        <w:t xml:space="preserve">Bloque de </w:t>
      </w:r>
      <w:proofErr w:type="gramStart"/>
      <w:r w:rsidRPr="009A3E8E">
        <w:rPr>
          <w:rFonts w:eastAsia="Corsiva" w:cs="Arial"/>
          <w:iCs/>
          <w:sz w:val="26"/>
          <w:szCs w:val="26"/>
          <w:u w:val="single"/>
          <w:lang w:val="es-AR"/>
        </w:rPr>
        <w:t>Concejales</w:t>
      </w:r>
      <w:proofErr w:type="gramEnd"/>
      <w:r w:rsidRPr="009A3E8E">
        <w:rPr>
          <w:rFonts w:eastAsia="Corsiva" w:cs="Arial"/>
          <w:iCs/>
          <w:sz w:val="26"/>
          <w:szCs w:val="26"/>
          <w:u w:val="single"/>
          <w:lang w:val="es-AR"/>
        </w:rPr>
        <w:t xml:space="preserve"> </w:t>
      </w:r>
      <w:r w:rsidRPr="004A36C8">
        <w:rPr>
          <w:rFonts w:eastAsia="Corsiva" w:cs="Arial"/>
          <w:iCs/>
          <w:sz w:val="26"/>
          <w:szCs w:val="26"/>
          <w:lang w:val="es-AR"/>
        </w:rPr>
        <w:t xml:space="preserve">de Partido Justicialista, Unión por la patria, Fuerza Patria y Frente Renovador 25 de </w:t>
      </w:r>
      <w:proofErr w:type="gramStart"/>
      <w:r w:rsidRPr="004A36C8">
        <w:rPr>
          <w:rFonts w:eastAsia="Corsiva" w:cs="Arial"/>
          <w:iCs/>
          <w:sz w:val="26"/>
          <w:szCs w:val="26"/>
          <w:lang w:val="es-AR"/>
        </w:rPr>
        <w:t>Mayo</w:t>
      </w:r>
      <w:proofErr w:type="gramEnd"/>
      <w:r w:rsidRPr="004A36C8">
        <w:rPr>
          <w:rFonts w:eastAsia="Corsiva" w:cs="Arial"/>
          <w:iCs/>
          <w:sz w:val="26"/>
          <w:szCs w:val="26"/>
          <w:lang w:val="es-AR"/>
        </w:rPr>
        <w:t>- Buenos Aires</w:t>
      </w:r>
    </w:p>
    <w:p w14:paraId="33B541F9" w14:textId="77777777" w:rsidR="004A36C8" w:rsidRDefault="004A36C8" w:rsidP="004A36C8">
      <w:pPr>
        <w:pStyle w:val="Sinespaciado"/>
        <w:rPr>
          <w:rFonts w:ascii="Arial" w:hAnsi="Arial" w:cs="Arial"/>
          <w:sz w:val="26"/>
          <w:szCs w:val="26"/>
          <w:lang w:val="es-AR"/>
        </w:rPr>
      </w:pPr>
    </w:p>
    <w:p w14:paraId="6F88D120" w14:textId="77777777" w:rsidR="00905166" w:rsidRPr="004014CF" w:rsidRDefault="00905166" w:rsidP="00905166">
      <w:pPr>
        <w:spacing w:after="55" w:line="240" w:lineRule="auto"/>
        <w:jc w:val="center"/>
        <w:rPr>
          <w:rFonts w:eastAsia="Verdana" w:cs="Arial"/>
          <w:sz w:val="26"/>
          <w:szCs w:val="26"/>
          <w:lang w:eastAsia="es-AR"/>
        </w:rPr>
      </w:pPr>
      <w:r w:rsidRPr="004014CF">
        <w:rPr>
          <w:rFonts w:eastAsia="Verdana" w:cs="Arial"/>
          <w:b/>
          <w:sz w:val="26"/>
          <w:szCs w:val="26"/>
          <w:lang w:eastAsia="es-AR"/>
        </w:rPr>
        <w:t>PROYECTO DE COMUNICACIÓN</w:t>
      </w:r>
    </w:p>
    <w:p w14:paraId="7A5FB8D2" w14:textId="77777777" w:rsidR="00F96F48" w:rsidRPr="004A36C8" w:rsidRDefault="00F96F48" w:rsidP="0038730B">
      <w:pPr>
        <w:spacing w:after="240"/>
        <w:jc w:val="both"/>
        <w:rPr>
          <w:rFonts w:cs="Arial"/>
          <w:bCs/>
          <w:color w:val="auto"/>
          <w:sz w:val="26"/>
          <w:szCs w:val="26"/>
          <w:lang w:val="es-AR"/>
        </w:rPr>
      </w:pPr>
    </w:p>
    <w:p w14:paraId="1BDE5377" w14:textId="77777777" w:rsidR="00905166" w:rsidRDefault="0065360A" w:rsidP="00A74E78">
      <w:pPr>
        <w:spacing w:after="240"/>
        <w:jc w:val="both"/>
        <w:rPr>
          <w:rFonts w:cs="Arial"/>
          <w:bCs/>
          <w:color w:val="auto"/>
          <w:sz w:val="26"/>
          <w:szCs w:val="26"/>
          <w:lang w:val="es-AR"/>
        </w:rPr>
      </w:pPr>
      <w:r w:rsidRPr="00905166">
        <w:rPr>
          <w:rFonts w:cs="Arial"/>
          <w:bCs/>
          <w:color w:val="auto"/>
          <w:sz w:val="26"/>
          <w:szCs w:val="26"/>
          <w:lang w:val="es-AR"/>
        </w:rPr>
        <w:t xml:space="preserve">VISTO: </w:t>
      </w:r>
    </w:p>
    <w:p w14:paraId="640F26BB" w14:textId="3E4FF106" w:rsidR="00DD0A72" w:rsidRPr="00905166" w:rsidRDefault="0065360A" w:rsidP="00905166">
      <w:pPr>
        <w:spacing w:after="240"/>
        <w:ind w:firstLine="720"/>
        <w:jc w:val="both"/>
        <w:rPr>
          <w:rFonts w:cs="Arial"/>
          <w:bCs/>
          <w:color w:val="auto"/>
          <w:sz w:val="26"/>
          <w:szCs w:val="26"/>
          <w:lang w:val="es-AR"/>
        </w:rPr>
      </w:pPr>
      <w:r w:rsidRPr="00905166">
        <w:rPr>
          <w:rFonts w:cs="Arial"/>
          <w:bCs/>
          <w:color w:val="auto"/>
          <w:sz w:val="26"/>
          <w:szCs w:val="26"/>
          <w:lang w:val="es-AR"/>
        </w:rPr>
        <w:t xml:space="preserve">La inscripción en el Registro de Proveedores de la Municipalidad de 25 de </w:t>
      </w:r>
      <w:proofErr w:type="gramStart"/>
      <w:r w:rsidRPr="00905166">
        <w:rPr>
          <w:rFonts w:cs="Arial"/>
          <w:bCs/>
          <w:color w:val="auto"/>
          <w:sz w:val="26"/>
          <w:szCs w:val="26"/>
          <w:lang w:val="es-AR"/>
        </w:rPr>
        <w:t>Mayo</w:t>
      </w:r>
      <w:proofErr w:type="gramEnd"/>
      <w:r w:rsidRPr="00905166">
        <w:rPr>
          <w:rFonts w:cs="Arial"/>
          <w:bCs/>
          <w:color w:val="auto"/>
          <w:sz w:val="26"/>
          <w:szCs w:val="26"/>
          <w:lang w:val="es-AR"/>
        </w:rPr>
        <w:t xml:space="preserve"> de la </w:t>
      </w:r>
      <w:proofErr w:type="gramStart"/>
      <w:r w:rsidRPr="00905166">
        <w:rPr>
          <w:rFonts w:cs="Arial"/>
          <w:bCs/>
          <w:color w:val="auto"/>
          <w:sz w:val="26"/>
          <w:szCs w:val="26"/>
          <w:lang w:val="es-AR"/>
        </w:rPr>
        <w:t>Secretaria</w:t>
      </w:r>
      <w:proofErr w:type="gramEnd"/>
      <w:r w:rsidRPr="00905166">
        <w:rPr>
          <w:rFonts w:cs="Arial"/>
          <w:bCs/>
          <w:color w:val="auto"/>
          <w:sz w:val="26"/>
          <w:szCs w:val="26"/>
          <w:lang w:val="es-AR"/>
        </w:rPr>
        <w:t xml:space="preserve"> de Gobierno y Coordinación General, Dra. Mercedes Laura Fátima Squillaci (Proveedor </w:t>
      </w:r>
      <w:proofErr w:type="spellStart"/>
      <w:r w:rsidRPr="00905166">
        <w:rPr>
          <w:rFonts w:cs="Arial"/>
          <w:bCs/>
          <w:color w:val="auto"/>
          <w:sz w:val="26"/>
          <w:szCs w:val="26"/>
          <w:lang w:val="es-AR"/>
        </w:rPr>
        <w:t>Nº</w:t>
      </w:r>
      <w:proofErr w:type="spellEnd"/>
      <w:r w:rsidRPr="00905166">
        <w:rPr>
          <w:rFonts w:cs="Arial"/>
          <w:bCs/>
          <w:color w:val="auto"/>
          <w:sz w:val="26"/>
          <w:szCs w:val="26"/>
          <w:lang w:val="es-AR"/>
        </w:rPr>
        <w:t xml:space="preserve"> 8237); la existencia de 36 comprobantes y órdenes de pago canceladas a su favor registradas en el sistema R.A.F.A.M. durante el Ejercicio 2025; y las observaciones e inconsistencias señaladas por el Honorable Tribunal de Cuentas de la Provincia de Buenos Aires en el Fallo Nº 176/2026; y</w:t>
      </w:r>
    </w:p>
    <w:p w14:paraId="344DB365" w14:textId="77777777" w:rsidR="00DD0A72" w:rsidRPr="00905166" w:rsidRDefault="0065360A" w:rsidP="00A74E78">
      <w:pPr>
        <w:spacing w:after="160"/>
        <w:jc w:val="both"/>
        <w:rPr>
          <w:rFonts w:cs="Arial"/>
          <w:bCs/>
          <w:color w:val="auto"/>
          <w:sz w:val="26"/>
          <w:szCs w:val="26"/>
          <w:lang w:val="es-AR"/>
        </w:rPr>
      </w:pPr>
      <w:r w:rsidRPr="00905166">
        <w:rPr>
          <w:rFonts w:cs="Arial"/>
          <w:bCs/>
          <w:color w:val="auto"/>
          <w:sz w:val="26"/>
          <w:szCs w:val="26"/>
          <w:lang w:val="es-AR"/>
        </w:rPr>
        <w:t>CONSIDERANDO:</w:t>
      </w:r>
    </w:p>
    <w:p w14:paraId="225432F8" w14:textId="3C5A6FEF" w:rsidR="00F96F48" w:rsidRPr="00905166" w:rsidRDefault="0065360A" w:rsidP="00CD6A39">
      <w:pPr>
        <w:ind w:firstLine="720"/>
        <w:jc w:val="both"/>
        <w:rPr>
          <w:rFonts w:cs="Arial"/>
          <w:bCs/>
          <w:color w:val="auto"/>
          <w:sz w:val="26"/>
          <w:szCs w:val="26"/>
          <w:lang w:val="es-AR"/>
        </w:rPr>
      </w:pPr>
      <w:r w:rsidRPr="00905166">
        <w:rPr>
          <w:rFonts w:cs="Arial"/>
          <w:bCs/>
          <w:color w:val="auto"/>
          <w:sz w:val="26"/>
          <w:szCs w:val="26"/>
          <w:lang w:val="es-AR"/>
        </w:rPr>
        <w:t xml:space="preserve">Que en los listados oficiales de Comprobantes por Proveedor del sistema R.A.F.A.M. (Hojas 723, 724 y 725 del Ejercicio 2025) la funcionaria del Departamento Ejecutivo se encuentra registrada bajo el Proveedor Municipal Nº 8237 con la denominación oficial “Dra. Mercedes Squillaci. Sec. de Gob. y </w:t>
      </w:r>
      <w:r w:rsidR="00F96F48" w:rsidRPr="00905166">
        <w:rPr>
          <w:rFonts w:cs="Arial"/>
          <w:bCs/>
          <w:color w:val="auto"/>
          <w:sz w:val="26"/>
          <w:szCs w:val="26"/>
          <w:lang w:val="es-AR"/>
        </w:rPr>
        <w:t xml:space="preserve">Coord. </w:t>
      </w:r>
      <w:proofErr w:type="spellStart"/>
      <w:r w:rsidR="00F96F48" w:rsidRPr="00905166">
        <w:rPr>
          <w:rFonts w:cs="Arial"/>
          <w:bCs/>
          <w:color w:val="auto"/>
          <w:sz w:val="26"/>
          <w:szCs w:val="26"/>
          <w:lang w:val="es-AR"/>
        </w:rPr>
        <w:t>Grl</w:t>
      </w:r>
      <w:proofErr w:type="spellEnd"/>
      <w:r w:rsidR="00F96F48" w:rsidRPr="00905166">
        <w:rPr>
          <w:rFonts w:cs="Arial"/>
          <w:bCs/>
          <w:color w:val="auto"/>
          <w:sz w:val="26"/>
          <w:szCs w:val="26"/>
          <w:lang w:val="es-AR"/>
        </w:rPr>
        <w:t>.”</w:t>
      </w:r>
    </w:p>
    <w:p w14:paraId="13783123" w14:textId="133421F3" w:rsidR="00DD0A72" w:rsidRPr="00905166" w:rsidRDefault="0065360A" w:rsidP="00CD6A39">
      <w:pPr>
        <w:ind w:firstLine="720"/>
        <w:jc w:val="both"/>
        <w:rPr>
          <w:rFonts w:cs="Arial"/>
          <w:bCs/>
          <w:color w:val="auto"/>
          <w:sz w:val="26"/>
          <w:szCs w:val="26"/>
          <w:lang w:val="es-AR"/>
        </w:rPr>
      </w:pPr>
      <w:r w:rsidRPr="00905166">
        <w:rPr>
          <w:rFonts w:cs="Arial"/>
          <w:bCs/>
          <w:color w:val="auto"/>
          <w:sz w:val="26"/>
          <w:szCs w:val="26"/>
          <w:lang w:val="es-AR"/>
        </w:rPr>
        <w:t>Que durante el transcurso del Ejercicio 2025 se registran, liquidan y cancelan íntegramente a favor del citado Proveedor Nº 8237 un total de 36 comprobantes y órdenes de pago por diversos conceptos administrativos, facturas, comprobantes internos y tickets.</w:t>
      </w:r>
    </w:p>
    <w:p w14:paraId="0501CFAE" w14:textId="7485036E" w:rsidR="00DD0A72" w:rsidRPr="00905166" w:rsidRDefault="0065360A" w:rsidP="00CD6A39">
      <w:pPr>
        <w:ind w:firstLine="720"/>
        <w:jc w:val="both"/>
        <w:rPr>
          <w:rFonts w:cs="Arial"/>
          <w:bCs/>
          <w:color w:val="auto"/>
          <w:sz w:val="26"/>
          <w:szCs w:val="26"/>
          <w:lang w:val="es-AR"/>
        </w:rPr>
      </w:pPr>
      <w:r w:rsidRPr="00905166">
        <w:rPr>
          <w:rFonts w:cs="Arial"/>
          <w:bCs/>
          <w:color w:val="auto"/>
          <w:sz w:val="26"/>
          <w:szCs w:val="26"/>
          <w:lang w:val="es-AR"/>
        </w:rPr>
        <w:t>Que entre los montos percibidos por la funcionaria destacan erogaciones de relevante magnitud económica, tales como la Orden de Pago Nº 7538 ($945.300,00 con fecha 30/07/2025), la Orden de Pago Nº3994 ($665.550,00 con fecha 05/05/2025), la Orden de Pago Nº 5103 ($234.900,00 con fecha 03/06/2025), la Orden de Pago Nº 12055 ($205.350,08 con fecha 04/12/2025) y la Orden de Pago Nº 5943 ($195.940,00 con fecha 23/06/2025)</w:t>
      </w:r>
      <w:r w:rsidR="0038730B" w:rsidRPr="00905166">
        <w:rPr>
          <w:rFonts w:cs="Arial"/>
          <w:bCs/>
          <w:color w:val="auto"/>
          <w:sz w:val="26"/>
          <w:szCs w:val="26"/>
          <w:lang w:val="es-AR"/>
        </w:rPr>
        <w:t>.</w:t>
      </w:r>
    </w:p>
    <w:p w14:paraId="3188F006" w14:textId="0663FD52" w:rsidR="00DD0A72" w:rsidRPr="00905166" w:rsidRDefault="0065360A" w:rsidP="00CD6A39">
      <w:pPr>
        <w:ind w:firstLine="720"/>
        <w:jc w:val="both"/>
        <w:rPr>
          <w:rFonts w:cs="Arial"/>
          <w:bCs/>
          <w:color w:val="auto"/>
          <w:sz w:val="26"/>
          <w:szCs w:val="26"/>
          <w:lang w:val="es-AR"/>
        </w:rPr>
      </w:pPr>
      <w:r w:rsidRPr="00905166">
        <w:rPr>
          <w:rFonts w:cs="Arial"/>
          <w:bCs/>
          <w:color w:val="auto"/>
          <w:sz w:val="26"/>
          <w:szCs w:val="26"/>
          <w:lang w:val="es-AR"/>
        </w:rPr>
        <w:t>Que en la totalidad de los comprobantes liquidados figura un saldo pendiente de $0,00, acreditando que los pagos fueron efectivamente ejecutados y desembolsados por la Tesorería Municipal.</w:t>
      </w:r>
    </w:p>
    <w:p w14:paraId="6D6CD74A" w14:textId="11C1A25A" w:rsidR="00DD0A72" w:rsidRPr="00905166" w:rsidRDefault="0065360A" w:rsidP="00CD6A39">
      <w:pPr>
        <w:ind w:firstLine="720"/>
        <w:jc w:val="both"/>
        <w:rPr>
          <w:rFonts w:cs="Arial"/>
          <w:bCs/>
          <w:color w:val="auto"/>
          <w:sz w:val="26"/>
          <w:szCs w:val="26"/>
          <w:lang w:val="es-AR"/>
        </w:rPr>
      </w:pPr>
      <w:r w:rsidRPr="00905166">
        <w:rPr>
          <w:rFonts w:cs="Arial"/>
          <w:bCs/>
          <w:color w:val="auto"/>
          <w:sz w:val="26"/>
          <w:szCs w:val="26"/>
          <w:lang w:val="es-AR"/>
        </w:rPr>
        <w:t>Que la Ley Orgánica de las Municipalidades de la Provincia de Buenos Aires (Decreto-Ley Nº 6769/58) consagra principios fundamentales de ética pública, transparencia y régimen de incompatibilidades para el ejercicio de la función pública, prohibiendo que los funcionarios en actividad actúen como proveedores o contratistas del propio Estado municipal que integran.</w:t>
      </w:r>
    </w:p>
    <w:p w14:paraId="038C2C2B" w14:textId="57928EC2" w:rsidR="00DD0A72" w:rsidRPr="00905166" w:rsidRDefault="0065360A" w:rsidP="00CD6A39">
      <w:pPr>
        <w:ind w:firstLine="720"/>
        <w:jc w:val="both"/>
        <w:rPr>
          <w:rFonts w:cs="Arial"/>
          <w:bCs/>
          <w:color w:val="auto"/>
          <w:sz w:val="26"/>
          <w:szCs w:val="26"/>
          <w:lang w:val="es-AR"/>
        </w:rPr>
      </w:pPr>
      <w:proofErr w:type="spellStart"/>
      <w:proofErr w:type="gramStart"/>
      <w:r w:rsidRPr="00905166">
        <w:rPr>
          <w:rFonts w:cs="Arial"/>
          <w:bCs/>
          <w:color w:val="auto"/>
          <w:sz w:val="26"/>
          <w:szCs w:val="26"/>
          <w:lang w:val="es-AR"/>
        </w:rPr>
        <w:t>Que</w:t>
      </w:r>
      <w:proofErr w:type="spellEnd"/>
      <w:proofErr w:type="gramEnd"/>
      <w:r w:rsidRPr="00905166">
        <w:rPr>
          <w:rFonts w:cs="Arial"/>
          <w:bCs/>
          <w:color w:val="auto"/>
          <w:sz w:val="26"/>
          <w:szCs w:val="26"/>
          <w:lang w:val="es-AR"/>
        </w:rPr>
        <w:t xml:space="preserve"> asimismo, el Honorable Tribunal de Cuentas de la Provincia de Buenos Aires (HTC), en su Fallo Nº 176/2026 correspondiente a la rendición de cuentas del Ejercicio 2024, aplicó una sanción de Llamado </w:t>
      </w:r>
      <w:r w:rsidRPr="00905166">
        <w:rPr>
          <w:rFonts w:cs="Arial"/>
          <w:bCs/>
          <w:color w:val="auto"/>
          <w:sz w:val="26"/>
          <w:szCs w:val="26"/>
          <w:lang w:val="es-AR"/>
        </w:rPr>
        <w:lastRenderedPageBreak/>
        <w:t xml:space="preserve">de Atención a la </w:t>
      </w:r>
      <w:proofErr w:type="gramStart"/>
      <w:r w:rsidRPr="00905166">
        <w:rPr>
          <w:rFonts w:cs="Arial"/>
          <w:bCs/>
          <w:color w:val="auto"/>
          <w:sz w:val="26"/>
          <w:szCs w:val="26"/>
          <w:lang w:val="es-AR"/>
        </w:rPr>
        <w:t>Secretaria</w:t>
      </w:r>
      <w:proofErr w:type="gramEnd"/>
      <w:r w:rsidRPr="00905166">
        <w:rPr>
          <w:rFonts w:cs="Arial"/>
          <w:bCs/>
          <w:color w:val="auto"/>
          <w:sz w:val="26"/>
          <w:szCs w:val="26"/>
          <w:lang w:val="es-AR"/>
        </w:rPr>
        <w:t xml:space="preserve"> Mercedes Laura Fátima Squillaci por severas falencias en la registración de libros de ley, decretos no publicados y falencias procedimentales bajo la órbita de su Secretaría.</w:t>
      </w:r>
    </w:p>
    <w:p w14:paraId="4D725331" w14:textId="348A392E" w:rsidR="00DD0A72" w:rsidRPr="00905166" w:rsidRDefault="0065360A" w:rsidP="00CD6A39">
      <w:pPr>
        <w:ind w:firstLine="720"/>
        <w:jc w:val="both"/>
        <w:rPr>
          <w:rFonts w:cs="Arial"/>
          <w:bCs/>
          <w:color w:val="auto"/>
          <w:sz w:val="26"/>
          <w:szCs w:val="26"/>
          <w:lang w:val="es-AR"/>
        </w:rPr>
      </w:pPr>
      <w:r w:rsidRPr="00905166">
        <w:rPr>
          <w:rFonts w:cs="Arial"/>
          <w:bCs/>
          <w:color w:val="auto"/>
          <w:sz w:val="26"/>
          <w:szCs w:val="26"/>
          <w:lang w:val="es-AR"/>
        </w:rPr>
        <w:t>Que resulta imperioso e impostergable para este Honorable Concejo Deliberante, en ejercicio de sus facultades constitucionales de contralor de los actos de gobierno y en salvaguarda del patrimonio público municipal, acceder a la totalidad de los expedientes, facturas y comprobantes respaldatorios que justificaron dichos desembolsos.</w:t>
      </w:r>
    </w:p>
    <w:p w14:paraId="35EE568B" w14:textId="1F71D666" w:rsidR="00DD0A72" w:rsidRPr="00905166" w:rsidRDefault="0065360A" w:rsidP="00A74E78">
      <w:pPr>
        <w:jc w:val="both"/>
        <w:rPr>
          <w:rFonts w:cs="Arial"/>
          <w:bCs/>
          <w:color w:val="auto"/>
          <w:sz w:val="26"/>
          <w:szCs w:val="26"/>
          <w:lang w:val="es-AR"/>
        </w:rPr>
      </w:pPr>
      <w:r w:rsidRPr="00905166">
        <w:rPr>
          <w:rFonts w:cs="Arial"/>
          <w:bCs/>
          <w:color w:val="auto"/>
          <w:sz w:val="26"/>
          <w:szCs w:val="26"/>
          <w:lang w:val="es-AR"/>
        </w:rPr>
        <w:t>POR ELLO, EL HONORABLE CONCEJO DELIBERANTE DE 25 DE MAYO,</w:t>
      </w:r>
      <w:r w:rsidR="00905166">
        <w:rPr>
          <w:rFonts w:cs="Arial"/>
          <w:bCs/>
          <w:color w:val="auto"/>
          <w:sz w:val="26"/>
          <w:szCs w:val="26"/>
          <w:lang w:val="es-AR"/>
        </w:rPr>
        <w:t xml:space="preserve"> </w:t>
      </w:r>
      <w:r w:rsidRPr="00905166">
        <w:rPr>
          <w:rFonts w:cs="Arial"/>
          <w:bCs/>
          <w:color w:val="auto"/>
          <w:sz w:val="26"/>
          <w:szCs w:val="26"/>
          <w:lang w:val="es-AR"/>
        </w:rPr>
        <w:t>EN USO DE SUS ATRIBUCIONES LEGALES Y CONSTITUCIONALES, SANCIONA CON FUERZA DE:</w:t>
      </w:r>
    </w:p>
    <w:p w14:paraId="137AE0E0" w14:textId="58941F14" w:rsidR="00DD0A72" w:rsidRDefault="0065360A" w:rsidP="00A74E78">
      <w:pPr>
        <w:jc w:val="center"/>
        <w:rPr>
          <w:rFonts w:cs="Arial"/>
          <w:b/>
          <w:color w:val="auto"/>
          <w:sz w:val="26"/>
          <w:szCs w:val="26"/>
          <w:u w:val="single"/>
          <w:lang w:val="es-AR"/>
        </w:rPr>
      </w:pPr>
      <w:r w:rsidRPr="004A36C8">
        <w:rPr>
          <w:rFonts w:cs="Arial"/>
          <w:b/>
          <w:color w:val="auto"/>
          <w:sz w:val="26"/>
          <w:szCs w:val="26"/>
          <w:u w:val="single"/>
          <w:lang w:val="es-AR"/>
        </w:rPr>
        <w:t>COMUNICACIÓN</w:t>
      </w:r>
    </w:p>
    <w:p w14:paraId="51AE0FB0" w14:textId="77777777" w:rsidR="00905166" w:rsidRPr="004A36C8" w:rsidRDefault="00905166" w:rsidP="00905166">
      <w:pPr>
        <w:rPr>
          <w:rFonts w:cs="Arial"/>
          <w:b/>
          <w:color w:val="auto"/>
          <w:sz w:val="26"/>
          <w:szCs w:val="26"/>
          <w:u w:val="single"/>
          <w:lang w:val="es-AR"/>
        </w:rPr>
      </w:pPr>
    </w:p>
    <w:p w14:paraId="6C11A4B3" w14:textId="618C0970" w:rsidR="00DD0A72" w:rsidRPr="004A36C8" w:rsidRDefault="0065360A" w:rsidP="00905166">
      <w:pPr>
        <w:spacing w:after="200"/>
        <w:jc w:val="both"/>
        <w:rPr>
          <w:rFonts w:cs="Arial"/>
          <w:color w:val="auto"/>
          <w:sz w:val="26"/>
          <w:szCs w:val="26"/>
          <w:lang w:val="es-AR"/>
        </w:rPr>
      </w:pPr>
      <w:r w:rsidRPr="00905166">
        <w:rPr>
          <w:rFonts w:cs="Arial"/>
          <w:b/>
          <w:color w:val="auto"/>
          <w:sz w:val="26"/>
          <w:szCs w:val="26"/>
          <w:u w:val="single"/>
          <w:lang w:val="es-AR"/>
        </w:rPr>
        <w:t>Artículo 1º:</w:t>
      </w:r>
      <w:r w:rsidRPr="004A36C8">
        <w:rPr>
          <w:rFonts w:cs="Arial"/>
          <w:color w:val="auto"/>
          <w:sz w:val="26"/>
          <w:szCs w:val="26"/>
          <w:lang w:val="es-AR"/>
        </w:rPr>
        <w:t xml:space="preserve"> Solicítese al Departamento Ejecutivo Municipal que, remita a este Honorable Concejo Deliberante, copia certificada de la totalidad de las Órdenes de Pago (O.P.) emitidas, liquidadas y canceladas a favor del Proveedor Municipal Nº 8237 (“Dra. Mercedes Squillaci. Sec. de Gob. y Coord. </w:t>
      </w:r>
      <w:proofErr w:type="spellStart"/>
      <w:r w:rsidRPr="004A36C8">
        <w:rPr>
          <w:rFonts w:cs="Arial"/>
          <w:color w:val="auto"/>
          <w:sz w:val="26"/>
          <w:szCs w:val="26"/>
          <w:lang w:val="es-AR"/>
        </w:rPr>
        <w:t>Grl</w:t>
      </w:r>
      <w:proofErr w:type="spellEnd"/>
      <w:r w:rsidRPr="004A36C8">
        <w:rPr>
          <w:rFonts w:cs="Arial"/>
          <w:color w:val="auto"/>
          <w:sz w:val="26"/>
          <w:szCs w:val="26"/>
          <w:lang w:val="es-AR"/>
        </w:rPr>
        <w:t>.”) correspondiente al Ejercicio F</w:t>
      </w:r>
      <w:r w:rsidR="00E30CF7">
        <w:rPr>
          <w:rFonts w:cs="Arial"/>
          <w:color w:val="auto"/>
          <w:sz w:val="26"/>
          <w:szCs w:val="26"/>
          <w:lang w:val="es-AR"/>
        </w:rPr>
        <w:t>i</w:t>
      </w:r>
      <w:r w:rsidRPr="004A36C8">
        <w:rPr>
          <w:rFonts w:cs="Arial"/>
          <w:color w:val="auto"/>
          <w:sz w:val="26"/>
          <w:szCs w:val="26"/>
          <w:lang w:val="es-AR"/>
        </w:rPr>
        <w:t>scal 2025.</w:t>
      </w:r>
    </w:p>
    <w:p w14:paraId="659FAF9E" w14:textId="043A55D0" w:rsidR="00905166" w:rsidRDefault="0065360A" w:rsidP="00905166">
      <w:pPr>
        <w:spacing w:after="200"/>
        <w:jc w:val="both"/>
        <w:rPr>
          <w:rFonts w:cs="Arial"/>
          <w:color w:val="auto"/>
          <w:sz w:val="26"/>
          <w:szCs w:val="26"/>
          <w:lang w:val="es-AR"/>
        </w:rPr>
      </w:pPr>
      <w:r w:rsidRPr="00905166">
        <w:rPr>
          <w:rFonts w:cs="Arial"/>
          <w:b/>
          <w:color w:val="auto"/>
          <w:sz w:val="26"/>
          <w:szCs w:val="26"/>
          <w:u w:val="single"/>
          <w:lang w:val="es-AR"/>
        </w:rPr>
        <w:t>Artículo 2º:</w:t>
      </w:r>
      <w:r w:rsidR="0038730B" w:rsidRPr="004A36C8">
        <w:rPr>
          <w:rFonts w:cs="Arial"/>
          <w:color w:val="auto"/>
          <w:sz w:val="26"/>
          <w:szCs w:val="26"/>
          <w:lang w:val="es-AR"/>
        </w:rPr>
        <w:t xml:space="preserve"> E</w:t>
      </w:r>
      <w:r w:rsidRPr="004A36C8">
        <w:rPr>
          <w:rFonts w:cs="Arial"/>
          <w:color w:val="auto"/>
          <w:sz w:val="26"/>
          <w:szCs w:val="26"/>
          <w:lang w:val="es-AR"/>
        </w:rPr>
        <w:t xml:space="preserve"> Departamento Ejecutivo </w:t>
      </w:r>
      <w:r w:rsidR="0038730B" w:rsidRPr="004A36C8">
        <w:rPr>
          <w:rFonts w:cs="Arial"/>
          <w:color w:val="auto"/>
          <w:sz w:val="26"/>
          <w:szCs w:val="26"/>
          <w:lang w:val="es-AR"/>
        </w:rPr>
        <w:t xml:space="preserve">deberá enviar </w:t>
      </w:r>
      <w:r w:rsidRPr="004A36C8">
        <w:rPr>
          <w:rFonts w:cs="Arial"/>
          <w:color w:val="auto"/>
          <w:sz w:val="26"/>
          <w:szCs w:val="26"/>
          <w:lang w:val="es-AR"/>
        </w:rPr>
        <w:t>junto con las Órdenes de Pago detalladas en el Artículo 1º la siguiente documentación e información respaldatoria:</w:t>
      </w:r>
    </w:p>
    <w:p w14:paraId="1E742BA9" w14:textId="77777777" w:rsidR="00905166" w:rsidRDefault="0065360A" w:rsidP="00905166">
      <w:pPr>
        <w:spacing w:after="200"/>
        <w:ind w:firstLine="284"/>
        <w:jc w:val="both"/>
        <w:rPr>
          <w:rFonts w:cs="Arial"/>
          <w:color w:val="auto"/>
          <w:sz w:val="26"/>
          <w:szCs w:val="26"/>
          <w:lang w:val="es-AR"/>
        </w:rPr>
      </w:pPr>
      <w:r w:rsidRPr="004A36C8">
        <w:rPr>
          <w:rFonts w:cs="Arial"/>
          <w:color w:val="auto"/>
          <w:sz w:val="26"/>
          <w:szCs w:val="26"/>
          <w:lang w:val="es-AR"/>
        </w:rPr>
        <w:t xml:space="preserve">a) Copia certificada del Expediente Administrativo mediante el cual se tramitó el alta de la funcionaria Dra. Mercedes Laura Fátima Squillaci en el Registro de Proveedores del Municipio bajo el </w:t>
      </w:r>
      <w:proofErr w:type="spellStart"/>
      <w:r w:rsidRPr="004A36C8">
        <w:rPr>
          <w:rFonts w:cs="Arial"/>
          <w:color w:val="auto"/>
          <w:sz w:val="26"/>
          <w:szCs w:val="26"/>
          <w:lang w:val="es-AR"/>
        </w:rPr>
        <w:t>Nº</w:t>
      </w:r>
      <w:proofErr w:type="spellEnd"/>
      <w:r w:rsidRPr="004A36C8">
        <w:rPr>
          <w:rFonts w:cs="Arial"/>
          <w:color w:val="auto"/>
          <w:sz w:val="26"/>
          <w:szCs w:val="26"/>
          <w:lang w:val="es-AR"/>
        </w:rPr>
        <w:t xml:space="preserve"> 8237.</w:t>
      </w:r>
    </w:p>
    <w:p w14:paraId="5230FFAD" w14:textId="77777777" w:rsidR="00905166" w:rsidRDefault="0065360A" w:rsidP="00905166">
      <w:pPr>
        <w:spacing w:after="200"/>
        <w:ind w:firstLine="284"/>
        <w:jc w:val="both"/>
        <w:rPr>
          <w:rFonts w:cs="Arial"/>
          <w:color w:val="auto"/>
          <w:sz w:val="26"/>
          <w:szCs w:val="26"/>
          <w:lang w:val="es-AR"/>
        </w:rPr>
      </w:pPr>
      <w:r w:rsidRPr="004A36C8">
        <w:rPr>
          <w:rFonts w:cs="Arial"/>
          <w:color w:val="auto"/>
          <w:sz w:val="26"/>
          <w:szCs w:val="26"/>
          <w:lang w:val="es-AR"/>
        </w:rPr>
        <w:t>b) Copias autenticadas de todas las facturas, remitos, notas de pedido, órdenes de compra, boletas de pago, formularios y tickets respaldatorios de cada una de las 36 liquidaciones ejecutadas durante 2025 (incluyendo expresamente las O.P. Nº 1606, 2885, 3937, 3994, 5103, 5283, 5943, 6306, 6870, 7538, 7707, 8028, 9427, 9428, 9538, 9606, 11006, 11034, 11035, 12055 y 12832).</w:t>
      </w:r>
    </w:p>
    <w:p w14:paraId="7BE8511F" w14:textId="61F369DC" w:rsidR="00DD0A72" w:rsidRPr="004A36C8" w:rsidRDefault="0065360A" w:rsidP="00905166">
      <w:pPr>
        <w:spacing w:after="200"/>
        <w:ind w:firstLine="284"/>
        <w:jc w:val="both"/>
        <w:rPr>
          <w:rFonts w:cs="Arial"/>
          <w:color w:val="auto"/>
          <w:sz w:val="26"/>
          <w:szCs w:val="26"/>
          <w:lang w:val="es-AR"/>
        </w:rPr>
      </w:pPr>
      <w:r w:rsidRPr="004A36C8">
        <w:rPr>
          <w:rFonts w:cs="Arial"/>
          <w:color w:val="auto"/>
          <w:sz w:val="26"/>
          <w:szCs w:val="26"/>
          <w:lang w:val="es-AR"/>
        </w:rPr>
        <w:t>c) Planillas de certificación de servicios prestados, constancias de recepción conforme de bienes o suministros, e informes técnicos que justificaron la procedencia de cada desembolso financiero.</w:t>
      </w:r>
    </w:p>
    <w:p w14:paraId="1A7D1A42" w14:textId="77777777" w:rsidR="00DD0A72" w:rsidRPr="004A36C8" w:rsidRDefault="0065360A" w:rsidP="00905166">
      <w:pPr>
        <w:spacing w:after="200"/>
        <w:jc w:val="both"/>
        <w:rPr>
          <w:rFonts w:cs="Arial"/>
          <w:color w:val="auto"/>
          <w:sz w:val="26"/>
          <w:szCs w:val="26"/>
          <w:lang w:val="es-AR"/>
        </w:rPr>
      </w:pPr>
      <w:r w:rsidRPr="00905166">
        <w:rPr>
          <w:rFonts w:cs="Arial"/>
          <w:b/>
          <w:color w:val="auto"/>
          <w:sz w:val="26"/>
          <w:szCs w:val="26"/>
          <w:u w:val="single"/>
          <w:lang w:val="es-AR"/>
        </w:rPr>
        <w:t>Artículo 3º:</w:t>
      </w:r>
      <w:r w:rsidRPr="004A36C8">
        <w:rPr>
          <w:rFonts w:cs="Arial"/>
          <w:color w:val="auto"/>
          <w:sz w:val="26"/>
          <w:szCs w:val="26"/>
          <w:lang w:val="es-AR"/>
        </w:rPr>
        <w:t xml:space="preserve"> Solicítese informe si existen en el ámbito municipal actuaciones administrativas, dictámenes de la Dirección General de Legal y Técnica o dictámenes del Asesor Letrado sobre la legalidad y compatibilidad de la doble condición simultánea de </w:t>
      </w:r>
      <w:proofErr w:type="gramStart"/>
      <w:r w:rsidRPr="004A36C8">
        <w:rPr>
          <w:rFonts w:cs="Arial"/>
          <w:color w:val="auto"/>
          <w:sz w:val="26"/>
          <w:szCs w:val="26"/>
          <w:lang w:val="es-AR"/>
        </w:rPr>
        <w:t>Secretaria</w:t>
      </w:r>
      <w:proofErr w:type="gramEnd"/>
      <w:r w:rsidRPr="004A36C8">
        <w:rPr>
          <w:rFonts w:cs="Arial"/>
          <w:color w:val="auto"/>
          <w:sz w:val="26"/>
          <w:szCs w:val="26"/>
          <w:lang w:val="es-AR"/>
        </w:rPr>
        <w:t xml:space="preserve"> de Gobierno y Coordinación General del Municipio y proveedora inscripta en el Registro de Proveedores de la Comuna.</w:t>
      </w:r>
    </w:p>
    <w:p w14:paraId="4C652387" w14:textId="77777777" w:rsidR="00DD0A72" w:rsidRPr="004A36C8" w:rsidRDefault="0065360A" w:rsidP="00905166">
      <w:pPr>
        <w:spacing w:after="200"/>
        <w:jc w:val="both"/>
        <w:rPr>
          <w:rFonts w:cs="Arial"/>
          <w:color w:val="auto"/>
          <w:sz w:val="26"/>
          <w:szCs w:val="26"/>
          <w:lang w:val="es-AR"/>
        </w:rPr>
      </w:pPr>
      <w:r w:rsidRPr="00905166">
        <w:rPr>
          <w:rFonts w:cs="Arial"/>
          <w:b/>
          <w:color w:val="auto"/>
          <w:sz w:val="26"/>
          <w:szCs w:val="26"/>
          <w:u w:val="single"/>
          <w:lang w:val="es-AR"/>
        </w:rPr>
        <w:t>Artículo 4º:</w:t>
      </w:r>
      <w:r w:rsidRPr="004A36C8">
        <w:rPr>
          <w:rFonts w:cs="Arial"/>
          <w:color w:val="auto"/>
          <w:sz w:val="26"/>
          <w:szCs w:val="26"/>
          <w:lang w:val="es-AR"/>
        </w:rPr>
        <w:t xml:space="preserve"> De forma.</w:t>
      </w:r>
    </w:p>
    <w:p w14:paraId="00EEA540" w14:textId="77777777" w:rsidR="0038730B" w:rsidRPr="004A36C8" w:rsidRDefault="0038730B" w:rsidP="00905166">
      <w:pPr>
        <w:spacing w:after="200"/>
        <w:rPr>
          <w:rFonts w:cs="Arial"/>
          <w:color w:val="auto"/>
          <w:sz w:val="26"/>
          <w:szCs w:val="26"/>
          <w:lang w:val="es-AR"/>
        </w:rPr>
      </w:pPr>
    </w:p>
    <w:p w14:paraId="3C3FFB05" w14:textId="77777777" w:rsidR="00E30CF7" w:rsidRPr="00E30CF7" w:rsidRDefault="00E30CF7" w:rsidP="00E30CF7">
      <w:pPr>
        <w:spacing w:after="100" w:line="240" w:lineRule="auto"/>
        <w:jc w:val="both"/>
        <w:rPr>
          <w:rFonts w:cs="Arial"/>
          <w:color w:val="323232"/>
          <w:sz w:val="26"/>
          <w:szCs w:val="26"/>
          <w:lang w:val="es-AR"/>
        </w:rPr>
      </w:pPr>
      <w:r w:rsidRPr="00E30CF7">
        <w:rPr>
          <w:rFonts w:cs="Arial"/>
          <w:color w:val="323232"/>
          <w:sz w:val="26"/>
          <w:szCs w:val="26"/>
          <w:lang w:val="es-AR"/>
        </w:rPr>
        <w:t xml:space="preserve">Firman los </w:t>
      </w:r>
      <w:proofErr w:type="gramStart"/>
      <w:r w:rsidRPr="00E30CF7">
        <w:rPr>
          <w:rFonts w:cs="Arial"/>
          <w:color w:val="323232"/>
          <w:sz w:val="26"/>
          <w:szCs w:val="26"/>
          <w:lang w:val="es-AR"/>
        </w:rPr>
        <w:t>Concejales</w:t>
      </w:r>
      <w:proofErr w:type="gramEnd"/>
      <w:r w:rsidRPr="00E30CF7">
        <w:rPr>
          <w:rFonts w:cs="Arial"/>
          <w:color w:val="323232"/>
          <w:sz w:val="26"/>
          <w:szCs w:val="26"/>
          <w:lang w:val="es-AR"/>
        </w:rPr>
        <w:t xml:space="preserve">: Galdós Carrizo, Zarza, Brunelli, Méndez, </w:t>
      </w:r>
      <w:proofErr w:type="spellStart"/>
      <w:r w:rsidRPr="00E30CF7">
        <w:rPr>
          <w:rFonts w:cs="Arial"/>
          <w:color w:val="323232"/>
          <w:sz w:val="26"/>
          <w:szCs w:val="26"/>
          <w:lang w:val="es-AR"/>
        </w:rPr>
        <w:t>Panaccio</w:t>
      </w:r>
      <w:proofErr w:type="spellEnd"/>
      <w:r w:rsidRPr="00E30CF7">
        <w:rPr>
          <w:rFonts w:cs="Arial"/>
          <w:color w:val="323232"/>
          <w:sz w:val="26"/>
          <w:szCs w:val="26"/>
          <w:lang w:val="es-AR"/>
        </w:rPr>
        <w:t xml:space="preserve"> y Herraiz.</w:t>
      </w:r>
    </w:p>
    <w:p w14:paraId="3C42AB77" w14:textId="7D8DC50E" w:rsidR="00A74E78" w:rsidRPr="00E30CF7" w:rsidRDefault="00E30CF7" w:rsidP="00E30CF7">
      <w:pPr>
        <w:spacing w:after="160"/>
        <w:rPr>
          <w:rFonts w:cs="Arial"/>
          <w:color w:val="auto"/>
          <w:sz w:val="26"/>
          <w:szCs w:val="26"/>
          <w:lang w:val="es-AR"/>
        </w:rPr>
      </w:pPr>
      <w:r w:rsidRPr="00E30CF7">
        <w:rPr>
          <w:rFonts w:cs="Arial"/>
          <w:color w:val="323232"/>
          <w:sz w:val="26"/>
          <w:szCs w:val="26"/>
        </w:rPr>
        <w:pict w14:anchorId="5DFFDFF7">
          <v:rect id="_x0000_i1029" style="width:441.9pt;height:1.5pt" o:hrstd="t" o:hr="t" fillcolor="#a0a0a0" stroked="f"/>
        </w:pict>
      </w:r>
    </w:p>
    <w:p w14:paraId="31AC7BF8" w14:textId="77777777" w:rsidR="00905166" w:rsidRPr="004A36C8" w:rsidRDefault="00905166" w:rsidP="00F96F48">
      <w:pPr>
        <w:spacing w:after="160"/>
        <w:rPr>
          <w:rFonts w:cs="Arial"/>
          <w:color w:val="auto"/>
          <w:sz w:val="26"/>
          <w:szCs w:val="26"/>
          <w:lang w:val="es-AR"/>
        </w:rPr>
      </w:pPr>
    </w:p>
    <w:p w14:paraId="5DAAB26E" w14:textId="46B9CF11" w:rsidR="0038730B" w:rsidRPr="00F96F48" w:rsidRDefault="0038730B" w:rsidP="0038730B">
      <w:pPr>
        <w:spacing w:after="160"/>
        <w:jc w:val="center"/>
        <w:rPr>
          <w:lang w:val="es-AR"/>
        </w:rPr>
      </w:pPr>
      <w:r w:rsidRPr="00F96F48">
        <w:rPr>
          <w:b/>
          <w:color w:val="1B365D"/>
          <w:sz w:val="26"/>
          <w:lang w:val="es-AR"/>
        </w:rPr>
        <w:lastRenderedPageBreak/>
        <w:t>- DETALLE COMPLETO DE COMPROBANTES Y ÓRDENES DE PAGO</w:t>
      </w:r>
    </w:p>
    <w:p w14:paraId="788C0EEF" w14:textId="77777777" w:rsidR="0038730B" w:rsidRPr="00F96F48" w:rsidRDefault="0038730B" w:rsidP="0038730B">
      <w:pPr>
        <w:spacing w:after="240"/>
        <w:rPr>
          <w:lang w:val="es-AR"/>
        </w:rPr>
      </w:pPr>
      <w:r w:rsidRPr="00F96F48">
        <w:rPr>
          <w:sz w:val="20"/>
          <w:lang w:val="es-AR"/>
        </w:rPr>
        <w:t xml:space="preserve">Nómina completa de los 36 comprobantes registrados, liquidados y cancelados al Proveedor Nº 8237 (Dra. Mercedes </w:t>
      </w:r>
      <w:proofErr w:type="gramStart"/>
      <w:r w:rsidRPr="00F96F48">
        <w:rPr>
          <w:sz w:val="20"/>
          <w:lang w:val="es-AR"/>
        </w:rPr>
        <w:t>Squillaci..</w:t>
      </w:r>
      <w:proofErr w:type="gramEnd"/>
      <w:r w:rsidRPr="00F96F48">
        <w:rPr>
          <w:sz w:val="20"/>
          <w:lang w:val="es-AR"/>
        </w:rPr>
        <w:t xml:space="preserve"> Sec. de Gob. y Coord. </w:t>
      </w:r>
      <w:proofErr w:type="spellStart"/>
      <w:r w:rsidRPr="00F96F48">
        <w:rPr>
          <w:sz w:val="20"/>
          <w:lang w:val="es-AR"/>
        </w:rPr>
        <w:t>Grl</w:t>
      </w:r>
      <w:proofErr w:type="spellEnd"/>
      <w:r w:rsidRPr="00F96F48">
        <w:rPr>
          <w:sz w:val="20"/>
          <w:lang w:val="es-AR"/>
        </w:rPr>
        <w:t>.) en las Hojas 723, 724 y 725 del sistema R.A.F.A.M. correspondientes al Ejercicio 2025:</w:t>
      </w:r>
    </w:p>
    <w:tbl>
      <w:tblPr>
        <w:tblW w:w="0" w:type="auto"/>
        <w:jc w:val="center"/>
        <w:tblLayout w:type="fixed"/>
        <w:tblLook w:val="04A0" w:firstRow="1" w:lastRow="0" w:firstColumn="1" w:lastColumn="0" w:noHBand="0" w:noVBand="1"/>
      </w:tblPr>
      <w:tblGrid>
        <w:gridCol w:w="2160"/>
        <w:gridCol w:w="1224"/>
        <w:gridCol w:w="1584"/>
        <w:gridCol w:w="1368"/>
        <w:gridCol w:w="1224"/>
        <w:gridCol w:w="1800"/>
      </w:tblGrid>
      <w:tr w:rsidR="0038730B" w14:paraId="673ADEB0" w14:textId="77777777" w:rsidTr="00633432">
        <w:trPr>
          <w:jc w:val="center"/>
        </w:trPr>
        <w:tc>
          <w:tcPr>
            <w:tcW w:w="2160" w:type="dxa"/>
            <w:shd w:val="clear" w:color="auto" w:fill="1B365D"/>
            <w:tcMar>
              <w:top w:w="100" w:type="dxa"/>
              <w:left w:w="80" w:type="dxa"/>
              <w:bottom w:w="100" w:type="dxa"/>
              <w:right w:w="80" w:type="dxa"/>
            </w:tcMar>
          </w:tcPr>
          <w:p w14:paraId="3025D306" w14:textId="77777777" w:rsidR="0038730B" w:rsidRDefault="0038730B" w:rsidP="00633432">
            <w:pPr>
              <w:jc w:val="center"/>
            </w:pPr>
            <w:proofErr w:type="spellStart"/>
            <w:r>
              <w:rPr>
                <w:b/>
                <w:color w:val="FFFFFF"/>
                <w:sz w:val="17"/>
              </w:rPr>
              <w:t>Comprobante</w:t>
            </w:r>
            <w:proofErr w:type="spellEnd"/>
          </w:p>
        </w:tc>
        <w:tc>
          <w:tcPr>
            <w:tcW w:w="1224" w:type="dxa"/>
            <w:shd w:val="clear" w:color="auto" w:fill="1B365D"/>
            <w:tcMar>
              <w:top w:w="100" w:type="dxa"/>
              <w:left w:w="80" w:type="dxa"/>
              <w:bottom w:w="100" w:type="dxa"/>
              <w:right w:w="80" w:type="dxa"/>
            </w:tcMar>
          </w:tcPr>
          <w:p w14:paraId="361D4BBF" w14:textId="77777777" w:rsidR="0038730B" w:rsidRDefault="0038730B" w:rsidP="00633432">
            <w:pPr>
              <w:jc w:val="center"/>
            </w:pPr>
            <w:proofErr w:type="spellStart"/>
            <w:r>
              <w:rPr>
                <w:b/>
                <w:color w:val="FFFFFF"/>
                <w:sz w:val="17"/>
              </w:rPr>
              <w:t>Fecha</w:t>
            </w:r>
            <w:proofErr w:type="spellEnd"/>
          </w:p>
        </w:tc>
        <w:tc>
          <w:tcPr>
            <w:tcW w:w="1584" w:type="dxa"/>
            <w:shd w:val="clear" w:color="auto" w:fill="1B365D"/>
            <w:tcMar>
              <w:top w:w="100" w:type="dxa"/>
              <w:left w:w="80" w:type="dxa"/>
              <w:bottom w:w="100" w:type="dxa"/>
              <w:right w:w="80" w:type="dxa"/>
            </w:tcMar>
          </w:tcPr>
          <w:p w14:paraId="1CEFAB91" w14:textId="77777777" w:rsidR="0038730B" w:rsidRDefault="0038730B" w:rsidP="00633432">
            <w:pPr>
              <w:jc w:val="center"/>
            </w:pPr>
            <w:r>
              <w:rPr>
                <w:b/>
                <w:color w:val="FFFFFF"/>
                <w:sz w:val="17"/>
              </w:rPr>
              <w:t>Monto ($)</w:t>
            </w:r>
          </w:p>
        </w:tc>
        <w:tc>
          <w:tcPr>
            <w:tcW w:w="1368" w:type="dxa"/>
            <w:shd w:val="clear" w:color="auto" w:fill="1B365D"/>
            <w:tcMar>
              <w:top w:w="100" w:type="dxa"/>
              <w:left w:w="80" w:type="dxa"/>
              <w:bottom w:w="100" w:type="dxa"/>
              <w:right w:w="80" w:type="dxa"/>
            </w:tcMar>
          </w:tcPr>
          <w:p w14:paraId="31959099" w14:textId="77777777" w:rsidR="0038730B" w:rsidRDefault="0038730B" w:rsidP="00633432">
            <w:pPr>
              <w:jc w:val="center"/>
            </w:pPr>
            <w:r>
              <w:rPr>
                <w:b/>
                <w:color w:val="FFFFFF"/>
                <w:sz w:val="17"/>
              </w:rPr>
              <w:t>Orden Pago</w:t>
            </w:r>
          </w:p>
        </w:tc>
        <w:tc>
          <w:tcPr>
            <w:tcW w:w="1224" w:type="dxa"/>
            <w:shd w:val="clear" w:color="auto" w:fill="1B365D"/>
            <w:tcMar>
              <w:top w:w="100" w:type="dxa"/>
              <w:left w:w="80" w:type="dxa"/>
              <w:bottom w:w="100" w:type="dxa"/>
              <w:right w:w="80" w:type="dxa"/>
            </w:tcMar>
          </w:tcPr>
          <w:p w14:paraId="51D91CE4" w14:textId="77777777" w:rsidR="0038730B" w:rsidRDefault="0038730B" w:rsidP="00633432">
            <w:pPr>
              <w:jc w:val="center"/>
            </w:pPr>
            <w:proofErr w:type="spellStart"/>
            <w:r>
              <w:rPr>
                <w:b/>
                <w:color w:val="FFFFFF"/>
                <w:sz w:val="17"/>
              </w:rPr>
              <w:t>Fecha</w:t>
            </w:r>
            <w:proofErr w:type="spellEnd"/>
            <w:r>
              <w:rPr>
                <w:b/>
                <w:color w:val="FFFFFF"/>
                <w:sz w:val="17"/>
              </w:rPr>
              <w:t xml:space="preserve"> OP</w:t>
            </w:r>
          </w:p>
        </w:tc>
        <w:tc>
          <w:tcPr>
            <w:tcW w:w="1800" w:type="dxa"/>
            <w:shd w:val="clear" w:color="auto" w:fill="1B365D"/>
            <w:tcMar>
              <w:top w:w="100" w:type="dxa"/>
              <w:left w:w="80" w:type="dxa"/>
              <w:bottom w:w="100" w:type="dxa"/>
              <w:right w:w="80" w:type="dxa"/>
            </w:tcMar>
          </w:tcPr>
          <w:p w14:paraId="11363278" w14:textId="77777777" w:rsidR="0038730B" w:rsidRDefault="0038730B" w:rsidP="00633432">
            <w:pPr>
              <w:jc w:val="center"/>
            </w:pPr>
            <w:proofErr w:type="spellStart"/>
            <w:r>
              <w:rPr>
                <w:b/>
                <w:color w:val="FFFFFF"/>
                <w:sz w:val="17"/>
              </w:rPr>
              <w:t>Referencia</w:t>
            </w:r>
            <w:proofErr w:type="spellEnd"/>
            <w:r>
              <w:rPr>
                <w:b/>
                <w:color w:val="FFFFFF"/>
                <w:sz w:val="17"/>
              </w:rPr>
              <w:t xml:space="preserve"> / </w:t>
            </w:r>
            <w:proofErr w:type="spellStart"/>
            <w:r>
              <w:rPr>
                <w:b/>
                <w:color w:val="FFFFFF"/>
                <w:sz w:val="17"/>
              </w:rPr>
              <w:t>Concepto</w:t>
            </w:r>
            <w:proofErr w:type="spellEnd"/>
          </w:p>
        </w:tc>
      </w:tr>
      <w:tr w:rsidR="0038730B" w14:paraId="66A48364" w14:textId="77777777" w:rsidTr="00633432">
        <w:trPr>
          <w:jc w:val="center"/>
        </w:trPr>
        <w:tc>
          <w:tcPr>
            <w:tcW w:w="2160" w:type="dxa"/>
            <w:shd w:val="clear" w:color="auto" w:fill="FFFFFF"/>
            <w:tcMar>
              <w:top w:w="60" w:type="dxa"/>
              <w:left w:w="80" w:type="dxa"/>
              <w:bottom w:w="60" w:type="dxa"/>
              <w:right w:w="80" w:type="dxa"/>
            </w:tcMar>
          </w:tcPr>
          <w:p w14:paraId="587DEF83" w14:textId="77777777" w:rsidR="0038730B" w:rsidRDefault="0038730B" w:rsidP="00633432">
            <w:r>
              <w:rPr>
                <w:sz w:val="16"/>
              </w:rPr>
              <w:t>FAC -0003-00004086</w:t>
            </w:r>
          </w:p>
        </w:tc>
        <w:tc>
          <w:tcPr>
            <w:tcW w:w="1224" w:type="dxa"/>
            <w:shd w:val="clear" w:color="auto" w:fill="FFFFFF"/>
            <w:tcMar>
              <w:top w:w="60" w:type="dxa"/>
              <w:left w:w="80" w:type="dxa"/>
              <w:bottom w:w="60" w:type="dxa"/>
              <w:right w:w="80" w:type="dxa"/>
            </w:tcMar>
          </w:tcPr>
          <w:p w14:paraId="725A4BCE" w14:textId="77777777" w:rsidR="0038730B" w:rsidRDefault="0038730B" w:rsidP="00633432">
            <w:pPr>
              <w:jc w:val="center"/>
            </w:pPr>
            <w:r>
              <w:rPr>
                <w:sz w:val="16"/>
              </w:rPr>
              <w:t>05/03/2025</w:t>
            </w:r>
          </w:p>
        </w:tc>
        <w:tc>
          <w:tcPr>
            <w:tcW w:w="1584" w:type="dxa"/>
            <w:shd w:val="clear" w:color="auto" w:fill="FFFFFF"/>
            <w:tcMar>
              <w:top w:w="60" w:type="dxa"/>
              <w:left w:w="80" w:type="dxa"/>
              <w:bottom w:w="60" w:type="dxa"/>
              <w:right w:w="80" w:type="dxa"/>
            </w:tcMar>
          </w:tcPr>
          <w:p w14:paraId="0D1B082A" w14:textId="77777777" w:rsidR="0038730B" w:rsidRDefault="0038730B" w:rsidP="00633432">
            <w:pPr>
              <w:jc w:val="right"/>
            </w:pPr>
            <w:r>
              <w:rPr>
                <w:b/>
                <w:sz w:val="16"/>
              </w:rPr>
              <w:t>$ 117.300,00</w:t>
            </w:r>
          </w:p>
        </w:tc>
        <w:tc>
          <w:tcPr>
            <w:tcW w:w="1368" w:type="dxa"/>
            <w:shd w:val="clear" w:color="auto" w:fill="FFFFFF"/>
            <w:tcMar>
              <w:top w:w="60" w:type="dxa"/>
              <w:left w:w="80" w:type="dxa"/>
              <w:bottom w:w="60" w:type="dxa"/>
              <w:right w:w="80" w:type="dxa"/>
            </w:tcMar>
          </w:tcPr>
          <w:p w14:paraId="6114DD24" w14:textId="77777777" w:rsidR="0038730B" w:rsidRDefault="0038730B" w:rsidP="00633432">
            <w:pPr>
              <w:jc w:val="center"/>
            </w:pPr>
            <w:r>
              <w:rPr>
                <w:sz w:val="16"/>
              </w:rPr>
              <w:t>O.P. 1606</w:t>
            </w:r>
          </w:p>
        </w:tc>
        <w:tc>
          <w:tcPr>
            <w:tcW w:w="1224" w:type="dxa"/>
            <w:shd w:val="clear" w:color="auto" w:fill="FFFFFF"/>
            <w:tcMar>
              <w:top w:w="60" w:type="dxa"/>
              <w:left w:w="80" w:type="dxa"/>
              <w:bottom w:w="60" w:type="dxa"/>
              <w:right w:w="80" w:type="dxa"/>
            </w:tcMar>
          </w:tcPr>
          <w:p w14:paraId="78749C85" w14:textId="77777777" w:rsidR="0038730B" w:rsidRDefault="0038730B" w:rsidP="00633432">
            <w:pPr>
              <w:jc w:val="center"/>
            </w:pPr>
            <w:r>
              <w:rPr>
                <w:sz w:val="16"/>
              </w:rPr>
              <w:t>05/03/2025</w:t>
            </w:r>
          </w:p>
        </w:tc>
        <w:tc>
          <w:tcPr>
            <w:tcW w:w="1800" w:type="dxa"/>
            <w:shd w:val="clear" w:color="auto" w:fill="FFFFFF"/>
            <w:tcMar>
              <w:top w:w="60" w:type="dxa"/>
              <w:left w:w="80" w:type="dxa"/>
              <w:bottom w:w="60" w:type="dxa"/>
              <w:right w:w="80" w:type="dxa"/>
            </w:tcMar>
          </w:tcPr>
          <w:p w14:paraId="2CA5907B" w14:textId="77777777" w:rsidR="0038730B" w:rsidRDefault="0038730B" w:rsidP="00633432">
            <w:r>
              <w:rPr>
                <w:sz w:val="16"/>
              </w:rPr>
              <w:t>Factura 4086/2025</w:t>
            </w:r>
          </w:p>
        </w:tc>
      </w:tr>
      <w:tr w:rsidR="0038730B" w14:paraId="1A3D8E16" w14:textId="77777777" w:rsidTr="00633432">
        <w:trPr>
          <w:jc w:val="center"/>
        </w:trPr>
        <w:tc>
          <w:tcPr>
            <w:tcW w:w="2160" w:type="dxa"/>
            <w:shd w:val="clear" w:color="auto" w:fill="F9FAFC"/>
            <w:tcMar>
              <w:top w:w="60" w:type="dxa"/>
              <w:left w:w="80" w:type="dxa"/>
              <w:bottom w:w="60" w:type="dxa"/>
              <w:right w:w="80" w:type="dxa"/>
            </w:tcMar>
          </w:tcPr>
          <w:p w14:paraId="505182D2" w14:textId="77777777" w:rsidR="0038730B" w:rsidRDefault="0038730B" w:rsidP="00633432">
            <w:r>
              <w:rPr>
                <w:sz w:val="16"/>
              </w:rPr>
              <w:t>COM -2025-00000004</w:t>
            </w:r>
          </w:p>
        </w:tc>
        <w:tc>
          <w:tcPr>
            <w:tcW w:w="1224" w:type="dxa"/>
            <w:shd w:val="clear" w:color="auto" w:fill="F9FAFC"/>
            <w:tcMar>
              <w:top w:w="60" w:type="dxa"/>
              <w:left w:w="80" w:type="dxa"/>
              <w:bottom w:w="60" w:type="dxa"/>
              <w:right w:w="80" w:type="dxa"/>
            </w:tcMar>
          </w:tcPr>
          <w:p w14:paraId="621496EA" w14:textId="77777777" w:rsidR="0038730B" w:rsidRDefault="0038730B" w:rsidP="00633432">
            <w:pPr>
              <w:jc w:val="center"/>
            </w:pPr>
            <w:r>
              <w:rPr>
                <w:sz w:val="16"/>
              </w:rPr>
              <w:t>07/04/2025</w:t>
            </w:r>
          </w:p>
        </w:tc>
        <w:tc>
          <w:tcPr>
            <w:tcW w:w="1584" w:type="dxa"/>
            <w:shd w:val="clear" w:color="auto" w:fill="F9FAFC"/>
            <w:tcMar>
              <w:top w:w="60" w:type="dxa"/>
              <w:left w:w="80" w:type="dxa"/>
              <w:bottom w:w="60" w:type="dxa"/>
              <w:right w:w="80" w:type="dxa"/>
            </w:tcMar>
          </w:tcPr>
          <w:p w14:paraId="4AEE8D09" w14:textId="77777777" w:rsidR="0038730B" w:rsidRDefault="0038730B" w:rsidP="00633432">
            <w:pPr>
              <w:jc w:val="right"/>
            </w:pPr>
            <w:r>
              <w:rPr>
                <w:b/>
                <w:sz w:val="16"/>
              </w:rPr>
              <w:t>$ 111.050,00</w:t>
            </w:r>
          </w:p>
        </w:tc>
        <w:tc>
          <w:tcPr>
            <w:tcW w:w="1368" w:type="dxa"/>
            <w:shd w:val="clear" w:color="auto" w:fill="F9FAFC"/>
            <w:tcMar>
              <w:top w:w="60" w:type="dxa"/>
              <w:left w:w="80" w:type="dxa"/>
              <w:bottom w:w="60" w:type="dxa"/>
              <w:right w:w="80" w:type="dxa"/>
            </w:tcMar>
          </w:tcPr>
          <w:p w14:paraId="3CA5800A" w14:textId="77777777" w:rsidR="0038730B" w:rsidRDefault="0038730B" w:rsidP="00633432">
            <w:pPr>
              <w:jc w:val="center"/>
            </w:pPr>
            <w:r>
              <w:rPr>
                <w:sz w:val="16"/>
              </w:rPr>
              <w:t>O.P. 2885</w:t>
            </w:r>
          </w:p>
        </w:tc>
        <w:tc>
          <w:tcPr>
            <w:tcW w:w="1224" w:type="dxa"/>
            <w:shd w:val="clear" w:color="auto" w:fill="F9FAFC"/>
            <w:tcMar>
              <w:top w:w="60" w:type="dxa"/>
              <w:left w:w="80" w:type="dxa"/>
              <w:bottom w:w="60" w:type="dxa"/>
              <w:right w:w="80" w:type="dxa"/>
            </w:tcMar>
          </w:tcPr>
          <w:p w14:paraId="342DDD72" w14:textId="77777777" w:rsidR="0038730B" w:rsidRDefault="0038730B" w:rsidP="00633432">
            <w:pPr>
              <w:jc w:val="center"/>
            </w:pPr>
            <w:r>
              <w:rPr>
                <w:sz w:val="16"/>
              </w:rPr>
              <w:t>07/04/2025</w:t>
            </w:r>
          </w:p>
        </w:tc>
        <w:tc>
          <w:tcPr>
            <w:tcW w:w="1800" w:type="dxa"/>
            <w:shd w:val="clear" w:color="auto" w:fill="F9FAFC"/>
            <w:tcMar>
              <w:top w:w="60" w:type="dxa"/>
              <w:left w:w="80" w:type="dxa"/>
              <w:bottom w:w="60" w:type="dxa"/>
              <w:right w:w="80" w:type="dxa"/>
            </w:tcMar>
          </w:tcPr>
          <w:p w14:paraId="5E9521C6" w14:textId="77777777" w:rsidR="0038730B" w:rsidRDefault="0038730B" w:rsidP="00633432">
            <w:r>
              <w:rPr>
                <w:sz w:val="16"/>
              </w:rPr>
              <w:t>Factura 4144/2025</w:t>
            </w:r>
          </w:p>
        </w:tc>
      </w:tr>
      <w:tr w:rsidR="0038730B" w14:paraId="3215B1F5" w14:textId="77777777" w:rsidTr="00633432">
        <w:trPr>
          <w:jc w:val="center"/>
        </w:trPr>
        <w:tc>
          <w:tcPr>
            <w:tcW w:w="2160" w:type="dxa"/>
            <w:shd w:val="clear" w:color="auto" w:fill="FFFFFF"/>
            <w:tcMar>
              <w:top w:w="60" w:type="dxa"/>
              <w:left w:w="80" w:type="dxa"/>
              <w:bottom w:w="60" w:type="dxa"/>
              <w:right w:w="80" w:type="dxa"/>
            </w:tcMar>
          </w:tcPr>
          <w:p w14:paraId="46809DB6" w14:textId="77777777" w:rsidR="0038730B" w:rsidRDefault="0038730B" w:rsidP="00633432">
            <w:r>
              <w:rPr>
                <w:sz w:val="16"/>
              </w:rPr>
              <w:t>COM -2025-00000001</w:t>
            </w:r>
          </w:p>
        </w:tc>
        <w:tc>
          <w:tcPr>
            <w:tcW w:w="1224" w:type="dxa"/>
            <w:shd w:val="clear" w:color="auto" w:fill="FFFFFF"/>
            <w:tcMar>
              <w:top w:w="60" w:type="dxa"/>
              <w:left w:w="80" w:type="dxa"/>
              <w:bottom w:w="60" w:type="dxa"/>
              <w:right w:w="80" w:type="dxa"/>
            </w:tcMar>
          </w:tcPr>
          <w:p w14:paraId="4F2F200A" w14:textId="77777777" w:rsidR="0038730B" w:rsidRDefault="0038730B" w:rsidP="00633432">
            <w:pPr>
              <w:jc w:val="center"/>
            </w:pPr>
            <w:r>
              <w:rPr>
                <w:sz w:val="16"/>
              </w:rPr>
              <w:t>05/05/2025</w:t>
            </w:r>
          </w:p>
        </w:tc>
        <w:tc>
          <w:tcPr>
            <w:tcW w:w="1584" w:type="dxa"/>
            <w:shd w:val="clear" w:color="auto" w:fill="FFFFFF"/>
            <w:tcMar>
              <w:top w:w="60" w:type="dxa"/>
              <w:left w:w="80" w:type="dxa"/>
              <w:bottom w:w="60" w:type="dxa"/>
              <w:right w:w="80" w:type="dxa"/>
            </w:tcMar>
          </w:tcPr>
          <w:p w14:paraId="5DED0010" w14:textId="77777777" w:rsidR="0038730B" w:rsidRDefault="0038730B" w:rsidP="00633432">
            <w:pPr>
              <w:jc w:val="right"/>
            </w:pPr>
            <w:r>
              <w:rPr>
                <w:b/>
                <w:sz w:val="16"/>
              </w:rPr>
              <w:t>$ 665.550,00</w:t>
            </w:r>
          </w:p>
        </w:tc>
        <w:tc>
          <w:tcPr>
            <w:tcW w:w="1368" w:type="dxa"/>
            <w:shd w:val="clear" w:color="auto" w:fill="FFFFFF"/>
            <w:tcMar>
              <w:top w:w="60" w:type="dxa"/>
              <w:left w:w="80" w:type="dxa"/>
              <w:bottom w:w="60" w:type="dxa"/>
              <w:right w:w="80" w:type="dxa"/>
            </w:tcMar>
          </w:tcPr>
          <w:p w14:paraId="68285D3F" w14:textId="77777777" w:rsidR="0038730B" w:rsidRDefault="0038730B" w:rsidP="00633432">
            <w:pPr>
              <w:jc w:val="center"/>
            </w:pPr>
            <w:r>
              <w:rPr>
                <w:sz w:val="16"/>
              </w:rPr>
              <w:t>O.P. 3994</w:t>
            </w:r>
          </w:p>
        </w:tc>
        <w:tc>
          <w:tcPr>
            <w:tcW w:w="1224" w:type="dxa"/>
            <w:shd w:val="clear" w:color="auto" w:fill="FFFFFF"/>
            <w:tcMar>
              <w:top w:w="60" w:type="dxa"/>
              <w:left w:w="80" w:type="dxa"/>
              <w:bottom w:w="60" w:type="dxa"/>
              <w:right w:w="80" w:type="dxa"/>
            </w:tcMar>
          </w:tcPr>
          <w:p w14:paraId="6F8E2841" w14:textId="77777777" w:rsidR="0038730B" w:rsidRDefault="0038730B" w:rsidP="00633432">
            <w:pPr>
              <w:jc w:val="center"/>
            </w:pPr>
            <w:r>
              <w:rPr>
                <w:sz w:val="16"/>
              </w:rPr>
              <w:t>05/05/2025</w:t>
            </w:r>
          </w:p>
        </w:tc>
        <w:tc>
          <w:tcPr>
            <w:tcW w:w="1800" w:type="dxa"/>
            <w:shd w:val="clear" w:color="auto" w:fill="FFFFFF"/>
            <w:tcMar>
              <w:top w:w="60" w:type="dxa"/>
              <w:left w:w="80" w:type="dxa"/>
              <w:bottom w:w="60" w:type="dxa"/>
              <w:right w:w="80" w:type="dxa"/>
            </w:tcMar>
          </w:tcPr>
          <w:p w14:paraId="3BAB34CF" w14:textId="77777777" w:rsidR="0038730B" w:rsidRDefault="0038730B" w:rsidP="00633432">
            <w:r>
              <w:rPr>
                <w:sz w:val="16"/>
              </w:rPr>
              <w:t>Nota 01/2025</w:t>
            </w:r>
          </w:p>
        </w:tc>
      </w:tr>
      <w:tr w:rsidR="0038730B" w14:paraId="71F340C2" w14:textId="77777777" w:rsidTr="00633432">
        <w:trPr>
          <w:jc w:val="center"/>
        </w:trPr>
        <w:tc>
          <w:tcPr>
            <w:tcW w:w="2160" w:type="dxa"/>
            <w:shd w:val="clear" w:color="auto" w:fill="F9FAFC"/>
            <w:tcMar>
              <w:top w:w="60" w:type="dxa"/>
              <w:left w:w="80" w:type="dxa"/>
              <w:bottom w:w="60" w:type="dxa"/>
              <w:right w:w="80" w:type="dxa"/>
            </w:tcMar>
          </w:tcPr>
          <w:p w14:paraId="0558C5CB" w14:textId="77777777" w:rsidR="0038730B" w:rsidRDefault="0038730B" w:rsidP="00633432">
            <w:r>
              <w:rPr>
                <w:sz w:val="16"/>
              </w:rPr>
              <w:t>FAC -0003-00004200</w:t>
            </w:r>
          </w:p>
        </w:tc>
        <w:tc>
          <w:tcPr>
            <w:tcW w:w="1224" w:type="dxa"/>
            <w:shd w:val="clear" w:color="auto" w:fill="F9FAFC"/>
            <w:tcMar>
              <w:top w:w="60" w:type="dxa"/>
              <w:left w:w="80" w:type="dxa"/>
              <w:bottom w:w="60" w:type="dxa"/>
              <w:right w:w="80" w:type="dxa"/>
            </w:tcMar>
          </w:tcPr>
          <w:p w14:paraId="39A8C2A8" w14:textId="77777777" w:rsidR="0038730B" w:rsidRDefault="0038730B" w:rsidP="00633432">
            <w:pPr>
              <w:jc w:val="center"/>
            </w:pPr>
            <w:r>
              <w:rPr>
                <w:sz w:val="16"/>
              </w:rPr>
              <w:t>05/05/2025</w:t>
            </w:r>
          </w:p>
        </w:tc>
        <w:tc>
          <w:tcPr>
            <w:tcW w:w="1584" w:type="dxa"/>
            <w:shd w:val="clear" w:color="auto" w:fill="F9FAFC"/>
            <w:tcMar>
              <w:top w:w="60" w:type="dxa"/>
              <w:left w:w="80" w:type="dxa"/>
              <w:bottom w:w="60" w:type="dxa"/>
              <w:right w:w="80" w:type="dxa"/>
            </w:tcMar>
          </w:tcPr>
          <w:p w14:paraId="1A406C91" w14:textId="77777777" w:rsidR="0038730B" w:rsidRDefault="0038730B" w:rsidP="00633432">
            <w:pPr>
              <w:jc w:val="right"/>
            </w:pPr>
            <w:r>
              <w:rPr>
                <w:b/>
                <w:sz w:val="16"/>
              </w:rPr>
              <w:t>$ 112.650,00</w:t>
            </w:r>
          </w:p>
        </w:tc>
        <w:tc>
          <w:tcPr>
            <w:tcW w:w="1368" w:type="dxa"/>
            <w:shd w:val="clear" w:color="auto" w:fill="F9FAFC"/>
            <w:tcMar>
              <w:top w:w="60" w:type="dxa"/>
              <w:left w:w="80" w:type="dxa"/>
              <w:bottom w:w="60" w:type="dxa"/>
              <w:right w:w="80" w:type="dxa"/>
            </w:tcMar>
          </w:tcPr>
          <w:p w14:paraId="3491BFBB" w14:textId="77777777" w:rsidR="0038730B" w:rsidRDefault="0038730B" w:rsidP="00633432">
            <w:pPr>
              <w:jc w:val="center"/>
            </w:pPr>
            <w:r>
              <w:rPr>
                <w:sz w:val="16"/>
              </w:rPr>
              <w:t>O.P. 3937</w:t>
            </w:r>
          </w:p>
        </w:tc>
        <w:tc>
          <w:tcPr>
            <w:tcW w:w="1224" w:type="dxa"/>
            <w:shd w:val="clear" w:color="auto" w:fill="F9FAFC"/>
            <w:tcMar>
              <w:top w:w="60" w:type="dxa"/>
              <w:left w:w="80" w:type="dxa"/>
              <w:bottom w:w="60" w:type="dxa"/>
              <w:right w:w="80" w:type="dxa"/>
            </w:tcMar>
          </w:tcPr>
          <w:p w14:paraId="56754698" w14:textId="77777777" w:rsidR="0038730B" w:rsidRDefault="0038730B" w:rsidP="00633432">
            <w:pPr>
              <w:jc w:val="center"/>
            </w:pPr>
            <w:r>
              <w:rPr>
                <w:sz w:val="16"/>
              </w:rPr>
              <w:t>05/05/2025</w:t>
            </w:r>
          </w:p>
        </w:tc>
        <w:tc>
          <w:tcPr>
            <w:tcW w:w="1800" w:type="dxa"/>
            <w:shd w:val="clear" w:color="auto" w:fill="F9FAFC"/>
            <w:tcMar>
              <w:top w:w="60" w:type="dxa"/>
              <w:left w:w="80" w:type="dxa"/>
              <w:bottom w:w="60" w:type="dxa"/>
              <w:right w:w="80" w:type="dxa"/>
            </w:tcMar>
          </w:tcPr>
          <w:p w14:paraId="6C221101" w14:textId="77777777" w:rsidR="0038730B" w:rsidRDefault="0038730B" w:rsidP="00633432">
            <w:r>
              <w:rPr>
                <w:sz w:val="16"/>
              </w:rPr>
              <w:t>Factura 4200/2025</w:t>
            </w:r>
          </w:p>
        </w:tc>
      </w:tr>
      <w:tr w:rsidR="0038730B" w14:paraId="39A87AF1" w14:textId="77777777" w:rsidTr="00633432">
        <w:trPr>
          <w:jc w:val="center"/>
        </w:trPr>
        <w:tc>
          <w:tcPr>
            <w:tcW w:w="2160" w:type="dxa"/>
            <w:shd w:val="clear" w:color="auto" w:fill="FFFFFF"/>
            <w:tcMar>
              <w:top w:w="60" w:type="dxa"/>
              <w:left w:w="80" w:type="dxa"/>
              <w:bottom w:w="60" w:type="dxa"/>
              <w:right w:w="80" w:type="dxa"/>
            </w:tcMar>
          </w:tcPr>
          <w:p w14:paraId="1C0833D0" w14:textId="77777777" w:rsidR="0038730B" w:rsidRDefault="0038730B" w:rsidP="00633432">
            <w:r>
              <w:rPr>
                <w:sz w:val="16"/>
              </w:rPr>
              <w:t>COM -2025-00000002</w:t>
            </w:r>
          </w:p>
        </w:tc>
        <w:tc>
          <w:tcPr>
            <w:tcW w:w="1224" w:type="dxa"/>
            <w:shd w:val="clear" w:color="auto" w:fill="FFFFFF"/>
            <w:tcMar>
              <w:top w:w="60" w:type="dxa"/>
              <w:left w:w="80" w:type="dxa"/>
              <w:bottom w:w="60" w:type="dxa"/>
              <w:right w:w="80" w:type="dxa"/>
            </w:tcMar>
          </w:tcPr>
          <w:p w14:paraId="01B8643E" w14:textId="77777777" w:rsidR="0038730B" w:rsidRDefault="0038730B" w:rsidP="00633432">
            <w:pPr>
              <w:jc w:val="center"/>
            </w:pPr>
            <w:r>
              <w:rPr>
                <w:sz w:val="16"/>
              </w:rPr>
              <w:t>03/06/2025</w:t>
            </w:r>
          </w:p>
        </w:tc>
        <w:tc>
          <w:tcPr>
            <w:tcW w:w="1584" w:type="dxa"/>
            <w:shd w:val="clear" w:color="auto" w:fill="FFFFFF"/>
            <w:tcMar>
              <w:top w:w="60" w:type="dxa"/>
              <w:left w:w="80" w:type="dxa"/>
              <w:bottom w:w="60" w:type="dxa"/>
              <w:right w:w="80" w:type="dxa"/>
            </w:tcMar>
          </w:tcPr>
          <w:p w14:paraId="19EA6269" w14:textId="77777777" w:rsidR="0038730B" w:rsidRDefault="0038730B" w:rsidP="00633432">
            <w:pPr>
              <w:jc w:val="right"/>
            </w:pPr>
            <w:r>
              <w:rPr>
                <w:b/>
                <w:sz w:val="16"/>
              </w:rPr>
              <w:t>$ 234.900,00</w:t>
            </w:r>
          </w:p>
        </w:tc>
        <w:tc>
          <w:tcPr>
            <w:tcW w:w="1368" w:type="dxa"/>
            <w:shd w:val="clear" w:color="auto" w:fill="FFFFFF"/>
            <w:tcMar>
              <w:top w:w="60" w:type="dxa"/>
              <w:left w:w="80" w:type="dxa"/>
              <w:bottom w:w="60" w:type="dxa"/>
              <w:right w:w="80" w:type="dxa"/>
            </w:tcMar>
          </w:tcPr>
          <w:p w14:paraId="4FCE1F5A" w14:textId="77777777" w:rsidR="0038730B" w:rsidRDefault="0038730B" w:rsidP="00633432">
            <w:pPr>
              <w:jc w:val="center"/>
            </w:pPr>
            <w:r>
              <w:rPr>
                <w:sz w:val="16"/>
              </w:rPr>
              <w:t>O.P. 5103</w:t>
            </w:r>
          </w:p>
        </w:tc>
        <w:tc>
          <w:tcPr>
            <w:tcW w:w="1224" w:type="dxa"/>
            <w:shd w:val="clear" w:color="auto" w:fill="FFFFFF"/>
            <w:tcMar>
              <w:top w:w="60" w:type="dxa"/>
              <w:left w:w="80" w:type="dxa"/>
              <w:bottom w:w="60" w:type="dxa"/>
              <w:right w:w="80" w:type="dxa"/>
            </w:tcMar>
          </w:tcPr>
          <w:p w14:paraId="31959BEF" w14:textId="77777777" w:rsidR="0038730B" w:rsidRDefault="0038730B" w:rsidP="00633432">
            <w:pPr>
              <w:jc w:val="center"/>
            </w:pPr>
            <w:r>
              <w:rPr>
                <w:sz w:val="16"/>
              </w:rPr>
              <w:t>03/06/2025</w:t>
            </w:r>
          </w:p>
        </w:tc>
        <w:tc>
          <w:tcPr>
            <w:tcW w:w="1800" w:type="dxa"/>
            <w:shd w:val="clear" w:color="auto" w:fill="FFFFFF"/>
            <w:tcMar>
              <w:top w:w="60" w:type="dxa"/>
              <w:left w:w="80" w:type="dxa"/>
              <w:bottom w:w="60" w:type="dxa"/>
              <w:right w:w="80" w:type="dxa"/>
            </w:tcMar>
          </w:tcPr>
          <w:p w14:paraId="538BEA4D" w14:textId="77777777" w:rsidR="0038730B" w:rsidRDefault="0038730B" w:rsidP="00633432">
            <w:r>
              <w:rPr>
                <w:sz w:val="16"/>
              </w:rPr>
              <w:t>Nota 02/2025</w:t>
            </w:r>
          </w:p>
        </w:tc>
      </w:tr>
      <w:tr w:rsidR="0038730B" w14:paraId="7A08D430" w14:textId="77777777" w:rsidTr="00633432">
        <w:trPr>
          <w:jc w:val="center"/>
        </w:trPr>
        <w:tc>
          <w:tcPr>
            <w:tcW w:w="2160" w:type="dxa"/>
            <w:shd w:val="clear" w:color="auto" w:fill="F9FAFC"/>
            <w:tcMar>
              <w:top w:w="60" w:type="dxa"/>
              <w:left w:w="80" w:type="dxa"/>
              <w:bottom w:w="60" w:type="dxa"/>
              <w:right w:w="80" w:type="dxa"/>
            </w:tcMar>
          </w:tcPr>
          <w:p w14:paraId="0F8149C5" w14:textId="77777777" w:rsidR="0038730B" w:rsidRDefault="0038730B" w:rsidP="00633432">
            <w:r>
              <w:rPr>
                <w:sz w:val="16"/>
              </w:rPr>
              <w:t>COM -2025-00000003</w:t>
            </w:r>
          </w:p>
        </w:tc>
        <w:tc>
          <w:tcPr>
            <w:tcW w:w="1224" w:type="dxa"/>
            <w:shd w:val="clear" w:color="auto" w:fill="F9FAFC"/>
            <w:tcMar>
              <w:top w:w="60" w:type="dxa"/>
              <w:left w:w="80" w:type="dxa"/>
              <w:bottom w:w="60" w:type="dxa"/>
              <w:right w:w="80" w:type="dxa"/>
            </w:tcMar>
          </w:tcPr>
          <w:p w14:paraId="6DF7B25A" w14:textId="77777777" w:rsidR="0038730B" w:rsidRDefault="0038730B" w:rsidP="00633432">
            <w:pPr>
              <w:jc w:val="center"/>
            </w:pPr>
            <w:r>
              <w:rPr>
                <w:sz w:val="16"/>
              </w:rPr>
              <w:t>06/06/2025</w:t>
            </w:r>
          </w:p>
        </w:tc>
        <w:tc>
          <w:tcPr>
            <w:tcW w:w="1584" w:type="dxa"/>
            <w:shd w:val="clear" w:color="auto" w:fill="F9FAFC"/>
            <w:tcMar>
              <w:top w:w="60" w:type="dxa"/>
              <w:left w:w="80" w:type="dxa"/>
              <w:bottom w:w="60" w:type="dxa"/>
              <w:right w:w="80" w:type="dxa"/>
            </w:tcMar>
          </w:tcPr>
          <w:p w14:paraId="528211D8" w14:textId="77777777" w:rsidR="0038730B" w:rsidRDefault="0038730B" w:rsidP="00633432">
            <w:pPr>
              <w:jc w:val="right"/>
            </w:pPr>
            <w:r>
              <w:rPr>
                <w:b/>
                <w:sz w:val="16"/>
              </w:rPr>
              <w:t>$ 120.190,00</w:t>
            </w:r>
          </w:p>
        </w:tc>
        <w:tc>
          <w:tcPr>
            <w:tcW w:w="1368" w:type="dxa"/>
            <w:shd w:val="clear" w:color="auto" w:fill="F9FAFC"/>
            <w:tcMar>
              <w:top w:w="60" w:type="dxa"/>
              <w:left w:w="80" w:type="dxa"/>
              <w:bottom w:w="60" w:type="dxa"/>
              <w:right w:w="80" w:type="dxa"/>
            </w:tcMar>
          </w:tcPr>
          <w:p w14:paraId="62F35BB7" w14:textId="77777777" w:rsidR="0038730B" w:rsidRDefault="0038730B" w:rsidP="00633432">
            <w:pPr>
              <w:jc w:val="center"/>
            </w:pPr>
            <w:r>
              <w:rPr>
                <w:sz w:val="16"/>
              </w:rPr>
              <w:t>O.P. 5283</w:t>
            </w:r>
          </w:p>
        </w:tc>
        <w:tc>
          <w:tcPr>
            <w:tcW w:w="1224" w:type="dxa"/>
            <w:shd w:val="clear" w:color="auto" w:fill="F9FAFC"/>
            <w:tcMar>
              <w:top w:w="60" w:type="dxa"/>
              <w:left w:w="80" w:type="dxa"/>
              <w:bottom w:w="60" w:type="dxa"/>
              <w:right w:w="80" w:type="dxa"/>
            </w:tcMar>
          </w:tcPr>
          <w:p w14:paraId="2D1269ED" w14:textId="77777777" w:rsidR="0038730B" w:rsidRDefault="0038730B" w:rsidP="00633432">
            <w:pPr>
              <w:jc w:val="center"/>
            </w:pPr>
            <w:r>
              <w:rPr>
                <w:sz w:val="16"/>
              </w:rPr>
              <w:t>06/06/2025</w:t>
            </w:r>
          </w:p>
        </w:tc>
        <w:tc>
          <w:tcPr>
            <w:tcW w:w="1800" w:type="dxa"/>
            <w:shd w:val="clear" w:color="auto" w:fill="F9FAFC"/>
            <w:tcMar>
              <w:top w:w="60" w:type="dxa"/>
              <w:left w:w="80" w:type="dxa"/>
              <w:bottom w:w="60" w:type="dxa"/>
              <w:right w:w="80" w:type="dxa"/>
            </w:tcMar>
          </w:tcPr>
          <w:p w14:paraId="367678E6" w14:textId="77777777" w:rsidR="0038730B" w:rsidRDefault="0038730B" w:rsidP="00633432">
            <w:r>
              <w:rPr>
                <w:sz w:val="16"/>
              </w:rPr>
              <w:t>Nota 03/2025</w:t>
            </w:r>
          </w:p>
        </w:tc>
      </w:tr>
      <w:tr w:rsidR="0038730B" w14:paraId="50DC37C4" w14:textId="77777777" w:rsidTr="00633432">
        <w:trPr>
          <w:jc w:val="center"/>
        </w:trPr>
        <w:tc>
          <w:tcPr>
            <w:tcW w:w="2160" w:type="dxa"/>
            <w:shd w:val="clear" w:color="auto" w:fill="FFFFFF"/>
            <w:tcMar>
              <w:top w:w="60" w:type="dxa"/>
              <w:left w:w="80" w:type="dxa"/>
              <w:bottom w:w="60" w:type="dxa"/>
              <w:right w:w="80" w:type="dxa"/>
            </w:tcMar>
          </w:tcPr>
          <w:p w14:paraId="3FC11DF6" w14:textId="77777777" w:rsidR="0038730B" w:rsidRDefault="0038730B" w:rsidP="00633432">
            <w:r>
              <w:rPr>
                <w:sz w:val="16"/>
              </w:rPr>
              <w:t>FAC -0003-00004261</w:t>
            </w:r>
          </w:p>
        </w:tc>
        <w:tc>
          <w:tcPr>
            <w:tcW w:w="1224" w:type="dxa"/>
            <w:shd w:val="clear" w:color="auto" w:fill="FFFFFF"/>
            <w:tcMar>
              <w:top w:w="60" w:type="dxa"/>
              <w:left w:w="80" w:type="dxa"/>
              <w:bottom w:w="60" w:type="dxa"/>
              <w:right w:w="80" w:type="dxa"/>
            </w:tcMar>
          </w:tcPr>
          <w:p w14:paraId="6EA74F30" w14:textId="77777777" w:rsidR="0038730B" w:rsidRDefault="0038730B" w:rsidP="00633432">
            <w:pPr>
              <w:jc w:val="center"/>
            </w:pPr>
            <w:r>
              <w:rPr>
                <w:sz w:val="16"/>
              </w:rPr>
              <w:t>23/06/2025</w:t>
            </w:r>
          </w:p>
        </w:tc>
        <w:tc>
          <w:tcPr>
            <w:tcW w:w="1584" w:type="dxa"/>
            <w:shd w:val="clear" w:color="auto" w:fill="FFFFFF"/>
            <w:tcMar>
              <w:top w:w="60" w:type="dxa"/>
              <w:left w:w="80" w:type="dxa"/>
              <w:bottom w:w="60" w:type="dxa"/>
              <w:right w:w="80" w:type="dxa"/>
            </w:tcMar>
          </w:tcPr>
          <w:p w14:paraId="2395E910" w14:textId="77777777" w:rsidR="0038730B" w:rsidRDefault="0038730B" w:rsidP="00633432">
            <w:pPr>
              <w:jc w:val="right"/>
            </w:pPr>
            <w:r>
              <w:rPr>
                <w:b/>
                <w:sz w:val="16"/>
              </w:rPr>
              <w:t>$ 195.940,00</w:t>
            </w:r>
          </w:p>
        </w:tc>
        <w:tc>
          <w:tcPr>
            <w:tcW w:w="1368" w:type="dxa"/>
            <w:shd w:val="clear" w:color="auto" w:fill="FFFFFF"/>
            <w:tcMar>
              <w:top w:w="60" w:type="dxa"/>
              <w:left w:w="80" w:type="dxa"/>
              <w:bottom w:w="60" w:type="dxa"/>
              <w:right w:w="80" w:type="dxa"/>
            </w:tcMar>
          </w:tcPr>
          <w:p w14:paraId="491AD1C5" w14:textId="77777777" w:rsidR="0038730B" w:rsidRDefault="0038730B" w:rsidP="00633432">
            <w:pPr>
              <w:jc w:val="center"/>
            </w:pPr>
            <w:r>
              <w:rPr>
                <w:sz w:val="16"/>
              </w:rPr>
              <w:t>O.P. 5943</w:t>
            </w:r>
          </w:p>
        </w:tc>
        <w:tc>
          <w:tcPr>
            <w:tcW w:w="1224" w:type="dxa"/>
            <w:shd w:val="clear" w:color="auto" w:fill="FFFFFF"/>
            <w:tcMar>
              <w:top w:w="60" w:type="dxa"/>
              <w:left w:w="80" w:type="dxa"/>
              <w:bottom w:w="60" w:type="dxa"/>
              <w:right w:w="80" w:type="dxa"/>
            </w:tcMar>
          </w:tcPr>
          <w:p w14:paraId="24EE4CEF" w14:textId="77777777" w:rsidR="0038730B" w:rsidRDefault="0038730B" w:rsidP="00633432">
            <w:pPr>
              <w:jc w:val="center"/>
            </w:pPr>
            <w:r>
              <w:rPr>
                <w:sz w:val="16"/>
              </w:rPr>
              <w:t>23/06/2025</w:t>
            </w:r>
          </w:p>
        </w:tc>
        <w:tc>
          <w:tcPr>
            <w:tcW w:w="1800" w:type="dxa"/>
            <w:shd w:val="clear" w:color="auto" w:fill="FFFFFF"/>
            <w:tcMar>
              <w:top w:w="60" w:type="dxa"/>
              <w:left w:w="80" w:type="dxa"/>
              <w:bottom w:w="60" w:type="dxa"/>
              <w:right w:w="80" w:type="dxa"/>
            </w:tcMar>
          </w:tcPr>
          <w:p w14:paraId="650A228C" w14:textId="77777777" w:rsidR="0038730B" w:rsidRDefault="0038730B" w:rsidP="00633432">
            <w:r>
              <w:rPr>
                <w:sz w:val="16"/>
              </w:rPr>
              <w:t>Factura 4261/2025</w:t>
            </w:r>
          </w:p>
        </w:tc>
      </w:tr>
      <w:tr w:rsidR="0038730B" w14:paraId="6D51FAC8" w14:textId="77777777" w:rsidTr="00633432">
        <w:trPr>
          <w:jc w:val="center"/>
        </w:trPr>
        <w:tc>
          <w:tcPr>
            <w:tcW w:w="2160" w:type="dxa"/>
            <w:shd w:val="clear" w:color="auto" w:fill="F9FAFC"/>
            <w:tcMar>
              <w:top w:w="60" w:type="dxa"/>
              <w:left w:w="80" w:type="dxa"/>
              <w:bottom w:w="60" w:type="dxa"/>
              <w:right w:w="80" w:type="dxa"/>
            </w:tcMar>
          </w:tcPr>
          <w:p w14:paraId="2B542B0D" w14:textId="77777777" w:rsidR="0038730B" w:rsidRDefault="0038730B" w:rsidP="00633432">
            <w:r>
              <w:rPr>
                <w:sz w:val="16"/>
              </w:rPr>
              <w:t>COM -2025-00000004</w:t>
            </w:r>
          </w:p>
        </w:tc>
        <w:tc>
          <w:tcPr>
            <w:tcW w:w="1224" w:type="dxa"/>
            <w:shd w:val="clear" w:color="auto" w:fill="F9FAFC"/>
            <w:tcMar>
              <w:top w:w="60" w:type="dxa"/>
              <w:left w:w="80" w:type="dxa"/>
              <w:bottom w:w="60" w:type="dxa"/>
              <w:right w:w="80" w:type="dxa"/>
            </w:tcMar>
          </w:tcPr>
          <w:p w14:paraId="57046B30" w14:textId="77777777" w:rsidR="0038730B" w:rsidRDefault="0038730B" w:rsidP="00633432">
            <w:pPr>
              <w:jc w:val="center"/>
            </w:pPr>
            <w:r>
              <w:rPr>
                <w:sz w:val="16"/>
              </w:rPr>
              <w:t>03/07/2025</w:t>
            </w:r>
          </w:p>
        </w:tc>
        <w:tc>
          <w:tcPr>
            <w:tcW w:w="1584" w:type="dxa"/>
            <w:shd w:val="clear" w:color="auto" w:fill="F9FAFC"/>
            <w:tcMar>
              <w:top w:w="60" w:type="dxa"/>
              <w:left w:w="80" w:type="dxa"/>
              <w:bottom w:w="60" w:type="dxa"/>
              <w:right w:w="80" w:type="dxa"/>
            </w:tcMar>
          </w:tcPr>
          <w:p w14:paraId="5F90E5A1" w14:textId="77777777" w:rsidR="0038730B" w:rsidRDefault="0038730B" w:rsidP="00633432">
            <w:pPr>
              <w:jc w:val="right"/>
            </w:pPr>
            <w:r>
              <w:rPr>
                <w:b/>
                <w:sz w:val="16"/>
              </w:rPr>
              <w:t>$ 46.356,00</w:t>
            </w:r>
          </w:p>
        </w:tc>
        <w:tc>
          <w:tcPr>
            <w:tcW w:w="1368" w:type="dxa"/>
            <w:shd w:val="clear" w:color="auto" w:fill="F9FAFC"/>
            <w:tcMar>
              <w:top w:w="60" w:type="dxa"/>
              <w:left w:w="80" w:type="dxa"/>
              <w:bottom w:w="60" w:type="dxa"/>
              <w:right w:w="80" w:type="dxa"/>
            </w:tcMar>
          </w:tcPr>
          <w:p w14:paraId="54C63F7B" w14:textId="77777777" w:rsidR="0038730B" w:rsidRDefault="0038730B" w:rsidP="00633432">
            <w:pPr>
              <w:jc w:val="center"/>
            </w:pPr>
            <w:r>
              <w:rPr>
                <w:sz w:val="16"/>
              </w:rPr>
              <w:t>O.P. 6306</w:t>
            </w:r>
          </w:p>
        </w:tc>
        <w:tc>
          <w:tcPr>
            <w:tcW w:w="1224" w:type="dxa"/>
            <w:shd w:val="clear" w:color="auto" w:fill="F9FAFC"/>
            <w:tcMar>
              <w:top w:w="60" w:type="dxa"/>
              <w:left w:w="80" w:type="dxa"/>
              <w:bottom w:w="60" w:type="dxa"/>
              <w:right w:w="80" w:type="dxa"/>
            </w:tcMar>
          </w:tcPr>
          <w:p w14:paraId="547E4466" w14:textId="77777777" w:rsidR="0038730B" w:rsidRDefault="0038730B" w:rsidP="00633432">
            <w:pPr>
              <w:jc w:val="center"/>
            </w:pPr>
            <w:r>
              <w:rPr>
                <w:sz w:val="16"/>
              </w:rPr>
              <w:t>03/07/2025</w:t>
            </w:r>
          </w:p>
        </w:tc>
        <w:tc>
          <w:tcPr>
            <w:tcW w:w="1800" w:type="dxa"/>
            <w:shd w:val="clear" w:color="auto" w:fill="F9FAFC"/>
            <w:tcMar>
              <w:top w:w="60" w:type="dxa"/>
              <w:left w:w="80" w:type="dxa"/>
              <w:bottom w:w="60" w:type="dxa"/>
              <w:right w:w="80" w:type="dxa"/>
            </w:tcMar>
          </w:tcPr>
          <w:p w14:paraId="0B12DA6B" w14:textId="77777777" w:rsidR="0038730B" w:rsidRDefault="0038730B" w:rsidP="00633432">
            <w:r>
              <w:rPr>
                <w:sz w:val="16"/>
              </w:rPr>
              <w:t>Nota 04/2025</w:t>
            </w:r>
          </w:p>
        </w:tc>
      </w:tr>
      <w:tr w:rsidR="0038730B" w14:paraId="3A840A2F" w14:textId="77777777" w:rsidTr="00633432">
        <w:trPr>
          <w:jc w:val="center"/>
        </w:trPr>
        <w:tc>
          <w:tcPr>
            <w:tcW w:w="2160" w:type="dxa"/>
            <w:shd w:val="clear" w:color="auto" w:fill="FFFFFF"/>
            <w:tcMar>
              <w:top w:w="60" w:type="dxa"/>
              <w:left w:w="80" w:type="dxa"/>
              <w:bottom w:w="60" w:type="dxa"/>
              <w:right w:w="80" w:type="dxa"/>
            </w:tcMar>
          </w:tcPr>
          <w:p w14:paraId="7D0EC888" w14:textId="77777777" w:rsidR="0038730B" w:rsidRDefault="0038730B" w:rsidP="00633432">
            <w:r>
              <w:rPr>
                <w:sz w:val="16"/>
              </w:rPr>
              <w:t>COM -2025-00000005</w:t>
            </w:r>
          </w:p>
        </w:tc>
        <w:tc>
          <w:tcPr>
            <w:tcW w:w="1224" w:type="dxa"/>
            <w:shd w:val="clear" w:color="auto" w:fill="FFFFFF"/>
            <w:tcMar>
              <w:top w:w="60" w:type="dxa"/>
              <w:left w:w="80" w:type="dxa"/>
              <w:bottom w:w="60" w:type="dxa"/>
              <w:right w:w="80" w:type="dxa"/>
            </w:tcMar>
          </w:tcPr>
          <w:p w14:paraId="3B300F9A" w14:textId="77777777" w:rsidR="0038730B" w:rsidRDefault="0038730B" w:rsidP="00633432">
            <w:pPr>
              <w:jc w:val="center"/>
            </w:pPr>
            <w:r>
              <w:rPr>
                <w:sz w:val="16"/>
              </w:rPr>
              <w:t>15/07/2025</w:t>
            </w:r>
          </w:p>
        </w:tc>
        <w:tc>
          <w:tcPr>
            <w:tcW w:w="1584" w:type="dxa"/>
            <w:shd w:val="clear" w:color="auto" w:fill="FFFFFF"/>
            <w:tcMar>
              <w:top w:w="60" w:type="dxa"/>
              <w:left w:w="80" w:type="dxa"/>
              <w:bottom w:w="60" w:type="dxa"/>
              <w:right w:w="80" w:type="dxa"/>
            </w:tcMar>
          </w:tcPr>
          <w:p w14:paraId="3DD36D13" w14:textId="77777777" w:rsidR="0038730B" w:rsidRDefault="0038730B" w:rsidP="00633432">
            <w:pPr>
              <w:jc w:val="right"/>
            </w:pPr>
            <w:r>
              <w:rPr>
                <w:b/>
                <w:sz w:val="16"/>
              </w:rPr>
              <w:t>$ 82.200,00</w:t>
            </w:r>
          </w:p>
        </w:tc>
        <w:tc>
          <w:tcPr>
            <w:tcW w:w="1368" w:type="dxa"/>
            <w:shd w:val="clear" w:color="auto" w:fill="FFFFFF"/>
            <w:tcMar>
              <w:top w:w="60" w:type="dxa"/>
              <w:left w:w="80" w:type="dxa"/>
              <w:bottom w:w="60" w:type="dxa"/>
              <w:right w:w="80" w:type="dxa"/>
            </w:tcMar>
          </w:tcPr>
          <w:p w14:paraId="730C3B7B" w14:textId="77777777" w:rsidR="0038730B" w:rsidRDefault="0038730B" w:rsidP="00633432">
            <w:pPr>
              <w:jc w:val="center"/>
            </w:pPr>
            <w:r>
              <w:rPr>
                <w:sz w:val="16"/>
              </w:rPr>
              <w:t>O.P. 6870</w:t>
            </w:r>
          </w:p>
        </w:tc>
        <w:tc>
          <w:tcPr>
            <w:tcW w:w="1224" w:type="dxa"/>
            <w:shd w:val="clear" w:color="auto" w:fill="FFFFFF"/>
            <w:tcMar>
              <w:top w:w="60" w:type="dxa"/>
              <w:left w:w="80" w:type="dxa"/>
              <w:bottom w:w="60" w:type="dxa"/>
              <w:right w:w="80" w:type="dxa"/>
            </w:tcMar>
          </w:tcPr>
          <w:p w14:paraId="3752C5C3" w14:textId="77777777" w:rsidR="0038730B" w:rsidRDefault="0038730B" w:rsidP="00633432">
            <w:pPr>
              <w:jc w:val="center"/>
            </w:pPr>
            <w:r>
              <w:rPr>
                <w:sz w:val="16"/>
              </w:rPr>
              <w:t>15/07/2025</w:t>
            </w:r>
          </w:p>
        </w:tc>
        <w:tc>
          <w:tcPr>
            <w:tcW w:w="1800" w:type="dxa"/>
            <w:shd w:val="clear" w:color="auto" w:fill="FFFFFF"/>
            <w:tcMar>
              <w:top w:w="60" w:type="dxa"/>
              <w:left w:w="80" w:type="dxa"/>
              <w:bottom w:w="60" w:type="dxa"/>
              <w:right w:w="80" w:type="dxa"/>
            </w:tcMar>
          </w:tcPr>
          <w:p w14:paraId="7D7988DA" w14:textId="77777777" w:rsidR="0038730B" w:rsidRDefault="0038730B" w:rsidP="00633432">
            <w:proofErr w:type="spellStart"/>
            <w:r>
              <w:rPr>
                <w:sz w:val="16"/>
              </w:rPr>
              <w:t>Boleta</w:t>
            </w:r>
            <w:proofErr w:type="spellEnd"/>
            <w:r>
              <w:rPr>
                <w:sz w:val="16"/>
              </w:rPr>
              <w:t xml:space="preserve"> de </w:t>
            </w:r>
            <w:proofErr w:type="spellStart"/>
            <w:r>
              <w:rPr>
                <w:sz w:val="16"/>
              </w:rPr>
              <w:t>pago</w:t>
            </w:r>
            <w:proofErr w:type="spellEnd"/>
            <w:r>
              <w:rPr>
                <w:sz w:val="16"/>
              </w:rPr>
              <w:t xml:space="preserve"> 1302186</w:t>
            </w:r>
          </w:p>
        </w:tc>
      </w:tr>
      <w:tr w:rsidR="0038730B" w14:paraId="6E7BD7F8" w14:textId="77777777" w:rsidTr="00633432">
        <w:trPr>
          <w:jc w:val="center"/>
        </w:trPr>
        <w:tc>
          <w:tcPr>
            <w:tcW w:w="2160" w:type="dxa"/>
            <w:shd w:val="clear" w:color="auto" w:fill="F9FAFC"/>
            <w:tcMar>
              <w:top w:w="60" w:type="dxa"/>
              <w:left w:w="80" w:type="dxa"/>
              <w:bottom w:w="60" w:type="dxa"/>
              <w:right w:w="80" w:type="dxa"/>
            </w:tcMar>
          </w:tcPr>
          <w:p w14:paraId="768771A1" w14:textId="77777777" w:rsidR="0038730B" w:rsidRDefault="0038730B" w:rsidP="00633432">
            <w:r>
              <w:rPr>
                <w:sz w:val="16"/>
              </w:rPr>
              <w:t>COM -2025-00000006</w:t>
            </w:r>
          </w:p>
        </w:tc>
        <w:tc>
          <w:tcPr>
            <w:tcW w:w="1224" w:type="dxa"/>
            <w:shd w:val="clear" w:color="auto" w:fill="F9FAFC"/>
            <w:tcMar>
              <w:top w:w="60" w:type="dxa"/>
              <w:left w:w="80" w:type="dxa"/>
              <w:bottom w:w="60" w:type="dxa"/>
              <w:right w:w="80" w:type="dxa"/>
            </w:tcMar>
          </w:tcPr>
          <w:p w14:paraId="451F3569" w14:textId="77777777" w:rsidR="0038730B" w:rsidRDefault="0038730B" w:rsidP="00633432">
            <w:pPr>
              <w:jc w:val="center"/>
            </w:pPr>
            <w:r>
              <w:rPr>
                <w:sz w:val="16"/>
              </w:rPr>
              <w:t>30/07/2025</w:t>
            </w:r>
          </w:p>
        </w:tc>
        <w:tc>
          <w:tcPr>
            <w:tcW w:w="1584" w:type="dxa"/>
            <w:shd w:val="clear" w:color="auto" w:fill="F9FAFC"/>
            <w:tcMar>
              <w:top w:w="60" w:type="dxa"/>
              <w:left w:w="80" w:type="dxa"/>
              <w:bottom w:w="60" w:type="dxa"/>
              <w:right w:w="80" w:type="dxa"/>
            </w:tcMar>
          </w:tcPr>
          <w:p w14:paraId="5950C3CD" w14:textId="77777777" w:rsidR="0038730B" w:rsidRDefault="0038730B" w:rsidP="00633432">
            <w:pPr>
              <w:jc w:val="right"/>
            </w:pPr>
            <w:r>
              <w:rPr>
                <w:b/>
                <w:sz w:val="16"/>
              </w:rPr>
              <w:t>$ 945.300,00</w:t>
            </w:r>
          </w:p>
        </w:tc>
        <w:tc>
          <w:tcPr>
            <w:tcW w:w="1368" w:type="dxa"/>
            <w:shd w:val="clear" w:color="auto" w:fill="F9FAFC"/>
            <w:tcMar>
              <w:top w:w="60" w:type="dxa"/>
              <w:left w:w="80" w:type="dxa"/>
              <w:bottom w:w="60" w:type="dxa"/>
              <w:right w:w="80" w:type="dxa"/>
            </w:tcMar>
          </w:tcPr>
          <w:p w14:paraId="0A747454" w14:textId="77777777" w:rsidR="0038730B" w:rsidRDefault="0038730B" w:rsidP="00633432">
            <w:pPr>
              <w:jc w:val="center"/>
            </w:pPr>
            <w:r>
              <w:rPr>
                <w:sz w:val="16"/>
              </w:rPr>
              <w:t>O.P. 7538</w:t>
            </w:r>
          </w:p>
        </w:tc>
        <w:tc>
          <w:tcPr>
            <w:tcW w:w="1224" w:type="dxa"/>
            <w:shd w:val="clear" w:color="auto" w:fill="F9FAFC"/>
            <w:tcMar>
              <w:top w:w="60" w:type="dxa"/>
              <w:left w:w="80" w:type="dxa"/>
              <w:bottom w:w="60" w:type="dxa"/>
              <w:right w:w="80" w:type="dxa"/>
            </w:tcMar>
          </w:tcPr>
          <w:p w14:paraId="309F80BA" w14:textId="77777777" w:rsidR="0038730B" w:rsidRDefault="0038730B" w:rsidP="00633432">
            <w:pPr>
              <w:jc w:val="center"/>
            </w:pPr>
            <w:r>
              <w:rPr>
                <w:sz w:val="16"/>
              </w:rPr>
              <w:t>30/07/2025</w:t>
            </w:r>
          </w:p>
        </w:tc>
        <w:tc>
          <w:tcPr>
            <w:tcW w:w="1800" w:type="dxa"/>
            <w:shd w:val="clear" w:color="auto" w:fill="F9FAFC"/>
            <w:tcMar>
              <w:top w:w="60" w:type="dxa"/>
              <w:left w:w="80" w:type="dxa"/>
              <w:bottom w:w="60" w:type="dxa"/>
              <w:right w:w="80" w:type="dxa"/>
            </w:tcMar>
          </w:tcPr>
          <w:p w14:paraId="721A1A9C" w14:textId="77777777" w:rsidR="0038730B" w:rsidRDefault="0038730B" w:rsidP="00633432">
            <w:proofErr w:type="spellStart"/>
            <w:r>
              <w:rPr>
                <w:sz w:val="16"/>
              </w:rPr>
              <w:t>Formulario</w:t>
            </w:r>
            <w:proofErr w:type="spellEnd"/>
            <w:r>
              <w:rPr>
                <w:sz w:val="16"/>
              </w:rPr>
              <w:t xml:space="preserve"> 1384869</w:t>
            </w:r>
          </w:p>
        </w:tc>
      </w:tr>
      <w:tr w:rsidR="0038730B" w14:paraId="2A692C05" w14:textId="77777777" w:rsidTr="00633432">
        <w:trPr>
          <w:jc w:val="center"/>
        </w:trPr>
        <w:tc>
          <w:tcPr>
            <w:tcW w:w="2160" w:type="dxa"/>
            <w:shd w:val="clear" w:color="auto" w:fill="FFFFFF"/>
            <w:tcMar>
              <w:top w:w="60" w:type="dxa"/>
              <w:left w:w="80" w:type="dxa"/>
              <w:bottom w:w="60" w:type="dxa"/>
              <w:right w:w="80" w:type="dxa"/>
            </w:tcMar>
          </w:tcPr>
          <w:p w14:paraId="20192454" w14:textId="77777777" w:rsidR="0038730B" w:rsidRDefault="0038730B" w:rsidP="00633432">
            <w:r>
              <w:rPr>
                <w:sz w:val="16"/>
              </w:rPr>
              <w:t>FAB -0144-00035300</w:t>
            </w:r>
          </w:p>
        </w:tc>
        <w:tc>
          <w:tcPr>
            <w:tcW w:w="1224" w:type="dxa"/>
            <w:shd w:val="clear" w:color="auto" w:fill="FFFFFF"/>
            <w:tcMar>
              <w:top w:w="60" w:type="dxa"/>
              <w:left w:w="80" w:type="dxa"/>
              <w:bottom w:w="60" w:type="dxa"/>
              <w:right w:w="80" w:type="dxa"/>
            </w:tcMar>
          </w:tcPr>
          <w:p w14:paraId="7F937F42" w14:textId="77777777" w:rsidR="0038730B" w:rsidRDefault="0038730B" w:rsidP="00633432">
            <w:pPr>
              <w:jc w:val="center"/>
            </w:pPr>
            <w:r>
              <w:rPr>
                <w:sz w:val="16"/>
              </w:rPr>
              <w:t>01/08/2025</w:t>
            </w:r>
          </w:p>
        </w:tc>
        <w:tc>
          <w:tcPr>
            <w:tcW w:w="1584" w:type="dxa"/>
            <w:shd w:val="clear" w:color="auto" w:fill="FFFFFF"/>
            <w:tcMar>
              <w:top w:w="60" w:type="dxa"/>
              <w:left w:w="80" w:type="dxa"/>
              <w:bottom w:w="60" w:type="dxa"/>
              <w:right w:w="80" w:type="dxa"/>
            </w:tcMar>
          </w:tcPr>
          <w:p w14:paraId="5885F186" w14:textId="77777777" w:rsidR="0038730B" w:rsidRDefault="0038730B" w:rsidP="00633432">
            <w:pPr>
              <w:jc w:val="right"/>
            </w:pPr>
            <w:r>
              <w:rPr>
                <w:b/>
                <w:sz w:val="16"/>
              </w:rPr>
              <w:t>$ 17.800,00</w:t>
            </w:r>
          </w:p>
        </w:tc>
        <w:tc>
          <w:tcPr>
            <w:tcW w:w="1368" w:type="dxa"/>
            <w:shd w:val="clear" w:color="auto" w:fill="FFFFFF"/>
            <w:tcMar>
              <w:top w:w="60" w:type="dxa"/>
              <w:left w:w="80" w:type="dxa"/>
              <w:bottom w:w="60" w:type="dxa"/>
              <w:right w:w="80" w:type="dxa"/>
            </w:tcMar>
          </w:tcPr>
          <w:p w14:paraId="258F86E9" w14:textId="77777777" w:rsidR="0038730B" w:rsidRDefault="0038730B" w:rsidP="00633432">
            <w:pPr>
              <w:jc w:val="center"/>
            </w:pPr>
            <w:r>
              <w:rPr>
                <w:sz w:val="16"/>
              </w:rPr>
              <w:t>O.P. 7707</w:t>
            </w:r>
          </w:p>
        </w:tc>
        <w:tc>
          <w:tcPr>
            <w:tcW w:w="1224" w:type="dxa"/>
            <w:shd w:val="clear" w:color="auto" w:fill="FFFFFF"/>
            <w:tcMar>
              <w:top w:w="60" w:type="dxa"/>
              <w:left w:w="80" w:type="dxa"/>
              <w:bottom w:w="60" w:type="dxa"/>
              <w:right w:w="80" w:type="dxa"/>
            </w:tcMar>
          </w:tcPr>
          <w:p w14:paraId="0E375B56" w14:textId="77777777" w:rsidR="0038730B" w:rsidRDefault="0038730B" w:rsidP="00633432">
            <w:pPr>
              <w:jc w:val="center"/>
            </w:pPr>
            <w:r>
              <w:rPr>
                <w:sz w:val="16"/>
              </w:rPr>
              <w:t>01/08/2025</w:t>
            </w:r>
          </w:p>
        </w:tc>
        <w:tc>
          <w:tcPr>
            <w:tcW w:w="1800" w:type="dxa"/>
            <w:shd w:val="clear" w:color="auto" w:fill="FFFFFF"/>
            <w:tcMar>
              <w:top w:w="60" w:type="dxa"/>
              <w:left w:w="80" w:type="dxa"/>
              <w:bottom w:w="60" w:type="dxa"/>
              <w:right w:w="80" w:type="dxa"/>
            </w:tcMar>
          </w:tcPr>
          <w:p w14:paraId="7CB798AD" w14:textId="77777777" w:rsidR="0038730B" w:rsidRDefault="0038730B" w:rsidP="00633432">
            <w:r>
              <w:rPr>
                <w:sz w:val="16"/>
              </w:rPr>
              <w:t>Factura B 35300</w:t>
            </w:r>
          </w:p>
        </w:tc>
      </w:tr>
      <w:tr w:rsidR="0038730B" w14:paraId="27310C53" w14:textId="77777777" w:rsidTr="00633432">
        <w:trPr>
          <w:jc w:val="center"/>
        </w:trPr>
        <w:tc>
          <w:tcPr>
            <w:tcW w:w="2160" w:type="dxa"/>
            <w:shd w:val="clear" w:color="auto" w:fill="F9FAFC"/>
            <w:tcMar>
              <w:top w:w="60" w:type="dxa"/>
              <w:left w:w="80" w:type="dxa"/>
              <w:bottom w:w="60" w:type="dxa"/>
              <w:right w:w="80" w:type="dxa"/>
            </w:tcMar>
          </w:tcPr>
          <w:p w14:paraId="1FCA895F" w14:textId="77777777" w:rsidR="0038730B" w:rsidRDefault="0038730B" w:rsidP="00633432">
            <w:r>
              <w:rPr>
                <w:sz w:val="16"/>
              </w:rPr>
              <w:t>FAC -0003-00004329</w:t>
            </w:r>
          </w:p>
        </w:tc>
        <w:tc>
          <w:tcPr>
            <w:tcW w:w="1224" w:type="dxa"/>
            <w:shd w:val="clear" w:color="auto" w:fill="F9FAFC"/>
            <w:tcMar>
              <w:top w:w="60" w:type="dxa"/>
              <w:left w:w="80" w:type="dxa"/>
              <w:bottom w:w="60" w:type="dxa"/>
              <w:right w:w="80" w:type="dxa"/>
            </w:tcMar>
          </w:tcPr>
          <w:p w14:paraId="3804B4EA" w14:textId="77777777" w:rsidR="0038730B" w:rsidRDefault="0038730B" w:rsidP="00633432">
            <w:pPr>
              <w:jc w:val="center"/>
            </w:pPr>
            <w:r>
              <w:rPr>
                <w:sz w:val="16"/>
              </w:rPr>
              <w:t>01/08/2025</w:t>
            </w:r>
          </w:p>
        </w:tc>
        <w:tc>
          <w:tcPr>
            <w:tcW w:w="1584" w:type="dxa"/>
            <w:shd w:val="clear" w:color="auto" w:fill="F9FAFC"/>
            <w:tcMar>
              <w:top w:w="60" w:type="dxa"/>
              <w:left w:w="80" w:type="dxa"/>
              <w:bottom w:w="60" w:type="dxa"/>
              <w:right w:w="80" w:type="dxa"/>
            </w:tcMar>
          </w:tcPr>
          <w:p w14:paraId="279D3FB7" w14:textId="77777777" w:rsidR="0038730B" w:rsidRDefault="0038730B" w:rsidP="00633432">
            <w:pPr>
              <w:jc w:val="right"/>
            </w:pPr>
            <w:r>
              <w:rPr>
                <w:b/>
                <w:sz w:val="16"/>
              </w:rPr>
              <w:t>$ 30.300,00</w:t>
            </w:r>
          </w:p>
        </w:tc>
        <w:tc>
          <w:tcPr>
            <w:tcW w:w="1368" w:type="dxa"/>
            <w:shd w:val="clear" w:color="auto" w:fill="F9FAFC"/>
            <w:tcMar>
              <w:top w:w="60" w:type="dxa"/>
              <w:left w:w="80" w:type="dxa"/>
              <w:bottom w:w="60" w:type="dxa"/>
              <w:right w:w="80" w:type="dxa"/>
            </w:tcMar>
          </w:tcPr>
          <w:p w14:paraId="56A206A0" w14:textId="77777777" w:rsidR="0038730B" w:rsidRDefault="0038730B" w:rsidP="00633432">
            <w:pPr>
              <w:jc w:val="center"/>
            </w:pPr>
            <w:r>
              <w:rPr>
                <w:sz w:val="16"/>
              </w:rPr>
              <w:t>O.P. 7707</w:t>
            </w:r>
          </w:p>
        </w:tc>
        <w:tc>
          <w:tcPr>
            <w:tcW w:w="1224" w:type="dxa"/>
            <w:shd w:val="clear" w:color="auto" w:fill="F9FAFC"/>
            <w:tcMar>
              <w:top w:w="60" w:type="dxa"/>
              <w:left w:w="80" w:type="dxa"/>
              <w:bottom w:w="60" w:type="dxa"/>
              <w:right w:w="80" w:type="dxa"/>
            </w:tcMar>
          </w:tcPr>
          <w:p w14:paraId="20E51C57" w14:textId="77777777" w:rsidR="0038730B" w:rsidRDefault="0038730B" w:rsidP="00633432">
            <w:pPr>
              <w:jc w:val="center"/>
            </w:pPr>
            <w:r>
              <w:rPr>
                <w:sz w:val="16"/>
              </w:rPr>
              <w:t>01/08/2025</w:t>
            </w:r>
          </w:p>
        </w:tc>
        <w:tc>
          <w:tcPr>
            <w:tcW w:w="1800" w:type="dxa"/>
            <w:shd w:val="clear" w:color="auto" w:fill="F9FAFC"/>
            <w:tcMar>
              <w:top w:w="60" w:type="dxa"/>
              <w:left w:w="80" w:type="dxa"/>
              <w:bottom w:w="60" w:type="dxa"/>
              <w:right w:w="80" w:type="dxa"/>
            </w:tcMar>
          </w:tcPr>
          <w:p w14:paraId="107D04E2" w14:textId="77777777" w:rsidR="0038730B" w:rsidRDefault="0038730B" w:rsidP="00633432">
            <w:r>
              <w:rPr>
                <w:sz w:val="16"/>
              </w:rPr>
              <w:t>Factura 4329/2025</w:t>
            </w:r>
          </w:p>
        </w:tc>
      </w:tr>
      <w:tr w:rsidR="0038730B" w14:paraId="133119B4" w14:textId="77777777" w:rsidTr="00633432">
        <w:trPr>
          <w:jc w:val="center"/>
        </w:trPr>
        <w:tc>
          <w:tcPr>
            <w:tcW w:w="2160" w:type="dxa"/>
            <w:shd w:val="clear" w:color="auto" w:fill="FFFFFF"/>
            <w:tcMar>
              <w:top w:w="60" w:type="dxa"/>
              <w:left w:w="80" w:type="dxa"/>
              <w:bottom w:w="60" w:type="dxa"/>
              <w:right w:w="80" w:type="dxa"/>
            </w:tcMar>
          </w:tcPr>
          <w:p w14:paraId="1FB284CD" w14:textId="77777777" w:rsidR="0038730B" w:rsidRDefault="0038730B" w:rsidP="00633432">
            <w:r>
              <w:rPr>
                <w:sz w:val="16"/>
              </w:rPr>
              <w:t>FAC -0003-00004340</w:t>
            </w:r>
          </w:p>
        </w:tc>
        <w:tc>
          <w:tcPr>
            <w:tcW w:w="1224" w:type="dxa"/>
            <w:shd w:val="clear" w:color="auto" w:fill="FFFFFF"/>
            <w:tcMar>
              <w:top w:w="60" w:type="dxa"/>
              <w:left w:w="80" w:type="dxa"/>
              <w:bottom w:w="60" w:type="dxa"/>
              <w:right w:w="80" w:type="dxa"/>
            </w:tcMar>
          </w:tcPr>
          <w:p w14:paraId="1E9D6C3D" w14:textId="77777777" w:rsidR="0038730B" w:rsidRDefault="0038730B" w:rsidP="00633432">
            <w:pPr>
              <w:jc w:val="center"/>
            </w:pPr>
            <w:r>
              <w:rPr>
                <w:sz w:val="16"/>
              </w:rPr>
              <w:t>01/08/2025</w:t>
            </w:r>
          </w:p>
        </w:tc>
        <w:tc>
          <w:tcPr>
            <w:tcW w:w="1584" w:type="dxa"/>
            <w:shd w:val="clear" w:color="auto" w:fill="FFFFFF"/>
            <w:tcMar>
              <w:top w:w="60" w:type="dxa"/>
              <w:left w:w="80" w:type="dxa"/>
              <w:bottom w:w="60" w:type="dxa"/>
              <w:right w:w="80" w:type="dxa"/>
            </w:tcMar>
          </w:tcPr>
          <w:p w14:paraId="184E29BE" w14:textId="77777777" w:rsidR="0038730B" w:rsidRDefault="0038730B" w:rsidP="00633432">
            <w:pPr>
              <w:jc w:val="right"/>
            </w:pPr>
            <w:r>
              <w:rPr>
                <w:b/>
                <w:sz w:val="16"/>
              </w:rPr>
              <w:t>$ 30.200,00</w:t>
            </w:r>
          </w:p>
        </w:tc>
        <w:tc>
          <w:tcPr>
            <w:tcW w:w="1368" w:type="dxa"/>
            <w:shd w:val="clear" w:color="auto" w:fill="FFFFFF"/>
            <w:tcMar>
              <w:top w:w="60" w:type="dxa"/>
              <w:left w:w="80" w:type="dxa"/>
              <w:bottom w:w="60" w:type="dxa"/>
              <w:right w:w="80" w:type="dxa"/>
            </w:tcMar>
          </w:tcPr>
          <w:p w14:paraId="09A41FBD" w14:textId="77777777" w:rsidR="0038730B" w:rsidRDefault="0038730B" w:rsidP="00633432">
            <w:pPr>
              <w:jc w:val="center"/>
            </w:pPr>
            <w:r>
              <w:rPr>
                <w:sz w:val="16"/>
              </w:rPr>
              <w:t>O.P. 7707</w:t>
            </w:r>
          </w:p>
        </w:tc>
        <w:tc>
          <w:tcPr>
            <w:tcW w:w="1224" w:type="dxa"/>
            <w:shd w:val="clear" w:color="auto" w:fill="FFFFFF"/>
            <w:tcMar>
              <w:top w:w="60" w:type="dxa"/>
              <w:left w:w="80" w:type="dxa"/>
              <w:bottom w:w="60" w:type="dxa"/>
              <w:right w:w="80" w:type="dxa"/>
            </w:tcMar>
          </w:tcPr>
          <w:p w14:paraId="78625499" w14:textId="77777777" w:rsidR="0038730B" w:rsidRDefault="0038730B" w:rsidP="00633432">
            <w:pPr>
              <w:jc w:val="center"/>
            </w:pPr>
            <w:r>
              <w:rPr>
                <w:sz w:val="16"/>
              </w:rPr>
              <w:t>01/08/2025</w:t>
            </w:r>
          </w:p>
        </w:tc>
        <w:tc>
          <w:tcPr>
            <w:tcW w:w="1800" w:type="dxa"/>
            <w:shd w:val="clear" w:color="auto" w:fill="FFFFFF"/>
            <w:tcMar>
              <w:top w:w="60" w:type="dxa"/>
              <w:left w:w="80" w:type="dxa"/>
              <w:bottom w:w="60" w:type="dxa"/>
              <w:right w:w="80" w:type="dxa"/>
            </w:tcMar>
          </w:tcPr>
          <w:p w14:paraId="6F546199" w14:textId="77777777" w:rsidR="0038730B" w:rsidRDefault="0038730B" w:rsidP="00633432">
            <w:r>
              <w:rPr>
                <w:sz w:val="16"/>
              </w:rPr>
              <w:t>Factura 4340/2025</w:t>
            </w:r>
          </w:p>
        </w:tc>
      </w:tr>
      <w:tr w:rsidR="0038730B" w14:paraId="4FCB7495" w14:textId="77777777" w:rsidTr="00633432">
        <w:trPr>
          <w:jc w:val="center"/>
        </w:trPr>
        <w:tc>
          <w:tcPr>
            <w:tcW w:w="2160" w:type="dxa"/>
            <w:shd w:val="clear" w:color="auto" w:fill="F9FAFC"/>
            <w:tcMar>
              <w:top w:w="60" w:type="dxa"/>
              <w:left w:w="80" w:type="dxa"/>
              <w:bottom w:w="60" w:type="dxa"/>
              <w:right w:w="80" w:type="dxa"/>
            </w:tcMar>
          </w:tcPr>
          <w:p w14:paraId="5DB3D040" w14:textId="77777777" w:rsidR="0038730B" w:rsidRDefault="0038730B" w:rsidP="00633432">
            <w:r>
              <w:rPr>
                <w:sz w:val="16"/>
              </w:rPr>
              <w:t>FAC -0003-00004354</w:t>
            </w:r>
          </w:p>
        </w:tc>
        <w:tc>
          <w:tcPr>
            <w:tcW w:w="1224" w:type="dxa"/>
            <w:shd w:val="clear" w:color="auto" w:fill="F9FAFC"/>
            <w:tcMar>
              <w:top w:w="60" w:type="dxa"/>
              <w:left w:w="80" w:type="dxa"/>
              <w:bottom w:w="60" w:type="dxa"/>
              <w:right w:w="80" w:type="dxa"/>
            </w:tcMar>
          </w:tcPr>
          <w:p w14:paraId="56491A7D" w14:textId="77777777" w:rsidR="0038730B" w:rsidRDefault="0038730B" w:rsidP="00633432">
            <w:pPr>
              <w:jc w:val="center"/>
            </w:pPr>
            <w:r>
              <w:rPr>
                <w:sz w:val="16"/>
              </w:rPr>
              <w:t>01/08/2025</w:t>
            </w:r>
          </w:p>
        </w:tc>
        <w:tc>
          <w:tcPr>
            <w:tcW w:w="1584" w:type="dxa"/>
            <w:shd w:val="clear" w:color="auto" w:fill="F9FAFC"/>
            <w:tcMar>
              <w:top w:w="60" w:type="dxa"/>
              <w:left w:w="80" w:type="dxa"/>
              <w:bottom w:w="60" w:type="dxa"/>
              <w:right w:w="80" w:type="dxa"/>
            </w:tcMar>
          </w:tcPr>
          <w:p w14:paraId="4D8A152F" w14:textId="77777777" w:rsidR="0038730B" w:rsidRDefault="0038730B" w:rsidP="00633432">
            <w:pPr>
              <w:jc w:val="right"/>
            </w:pPr>
            <w:r>
              <w:rPr>
                <w:b/>
                <w:sz w:val="16"/>
              </w:rPr>
              <w:t>$ 31.700,00</w:t>
            </w:r>
          </w:p>
        </w:tc>
        <w:tc>
          <w:tcPr>
            <w:tcW w:w="1368" w:type="dxa"/>
            <w:shd w:val="clear" w:color="auto" w:fill="F9FAFC"/>
            <w:tcMar>
              <w:top w:w="60" w:type="dxa"/>
              <w:left w:w="80" w:type="dxa"/>
              <w:bottom w:w="60" w:type="dxa"/>
              <w:right w:w="80" w:type="dxa"/>
            </w:tcMar>
          </w:tcPr>
          <w:p w14:paraId="455B9BDE" w14:textId="77777777" w:rsidR="0038730B" w:rsidRDefault="0038730B" w:rsidP="00633432">
            <w:pPr>
              <w:jc w:val="center"/>
            </w:pPr>
            <w:r>
              <w:rPr>
                <w:sz w:val="16"/>
              </w:rPr>
              <w:t>O.P. 7707</w:t>
            </w:r>
          </w:p>
        </w:tc>
        <w:tc>
          <w:tcPr>
            <w:tcW w:w="1224" w:type="dxa"/>
            <w:shd w:val="clear" w:color="auto" w:fill="F9FAFC"/>
            <w:tcMar>
              <w:top w:w="60" w:type="dxa"/>
              <w:left w:w="80" w:type="dxa"/>
              <w:bottom w:w="60" w:type="dxa"/>
              <w:right w:w="80" w:type="dxa"/>
            </w:tcMar>
          </w:tcPr>
          <w:p w14:paraId="66776DC9" w14:textId="77777777" w:rsidR="0038730B" w:rsidRDefault="0038730B" w:rsidP="00633432">
            <w:pPr>
              <w:jc w:val="center"/>
            </w:pPr>
            <w:r>
              <w:rPr>
                <w:sz w:val="16"/>
              </w:rPr>
              <w:t>01/08/2025</w:t>
            </w:r>
          </w:p>
        </w:tc>
        <w:tc>
          <w:tcPr>
            <w:tcW w:w="1800" w:type="dxa"/>
            <w:shd w:val="clear" w:color="auto" w:fill="F9FAFC"/>
            <w:tcMar>
              <w:top w:w="60" w:type="dxa"/>
              <w:left w:w="80" w:type="dxa"/>
              <w:bottom w:w="60" w:type="dxa"/>
              <w:right w:w="80" w:type="dxa"/>
            </w:tcMar>
          </w:tcPr>
          <w:p w14:paraId="0EBBA591" w14:textId="77777777" w:rsidR="0038730B" w:rsidRDefault="0038730B" w:rsidP="00633432">
            <w:r>
              <w:rPr>
                <w:sz w:val="16"/>
              </w:rPr>
              <w:t>Factura 4354/2025</w:t>
            </w:r>
          </w:p>
        </w:tc>
      </w:tr>
      <w:tr w:rsidR="0038730B" w14:paraId="55FF349D" w14:textId="77777777" w:rsidTr="00633432">
        <w:trPr>
          <w:jc w:val="center"/>
        </w:trPr>
        <w:tc>
          <w:tcPr>
            <w:tcW w:w="2160" w:type="dxa"/>
            <w:shd w:val="clear" w:color="auto" w:fill="FFFFFF"/>
            <w:tcMar>
              <w:top w:w="60" w:type="dxa"/>
              <w:left w:w="80" w:type="dxa"/>
              <w:bottom w:w="60" w:type="dxa"/>
              <w:right w:w="80" w:type="dxa"/>
            </w:tcMar>
          </w:tcPr>
          <w:p w14:paraId="4B4447DA" w14:textId="77777777" w:rsidR="0038730B" w:rsidRDefault="0038730B" w:rsidP="00633432">
            <w:r>
              <w:rPr>
                <w:sz w:val="16"/>
              </w:rPr>
              <w:t>FAC -0003-00004366</w:t>
            </w:r>
          </w:p>
        </w:tc>
        <w:tc>
          <w:tcPr>
            <w:tcW w:w="1224" w:type="dxa"/>
            <w:shd w:val="clear" w:color="auto" w:fill="FFFFFF"/>
            <w:tcMar>
              <w:top w:w="60" w:type="dxa"/>
              <w:left w:w="80" w:type="dxa"/>
              <w:bottom w:w="60" w:type="dxa"/>
              <w:right w:w="80" w:type="dxa"/>
            </w:tcMar>
          </w:tcPr>
          <w:p w14:paraId="15855A3A" w14:textId="77777777" w:rsidR="0038730B" w:rsidRDefault="0038730B" w:rsidP="00633432">
            <w:pPr>
              <w:jc w:val="center"/>
            </w:pPr>
            <w:r>
              <w:rPr>
                <w:sz w:val="16"/>
              </w:rPr>
              <w:t>01/08/2025</w:t>
            </w:r>
          </w:p>
        </w:tc>
        <w:tc>
          <w:tcPr>
            <w:tcW w:w="1584" w:type="dxa"/>
            <w:shd w:val="clear" w:color="auto" w:fill="FFFFFF"/>
            <w:tcMar>
              <w:top w:w="60" w:type="dxa"/>
              <w:left w:w="80" w:type="dxa"/>
              <w:bottom w:w="60" w:type="dxa"/>
              <w:right w:w="80" w:type="dxa"/>
            </w:tcMar>
          </w:tcPr>
          <w:p w14:paraId="37E3295B" w14:textId="77777777" w:rsidR="0038730B" w:rsidRDefault="0038730B" w:rsidP="00633432">
            <w:pPr>
              <w:jc w:val="right"/>
            </w:pPr>
            <w:r>
              <w:rPr>
                <w:b/>
                <w:sz w:val="16"/>
              </w:rPr>
              <w:t>$ 31.700,00</w:t>
            </w:r>
          </w:p>
        </w:tc>
        <w:tc>
          <w:tcPr>
            <w:tcW w:w="1368" w:type="dxa"/>
            <w:shd w:val="clear" w:color="auto" w:fill="FFFFFF"/>
            <w:tcMar>
              <w:top w:w="60" w:type="dxa"/>
              <w:left w:w="80" w:type="dxa"/>
              <w:bottom w:w="60" w:type="dxa"/>
              <w:right w:w="80" w:type="dxa"/>
            </w:tcMar>
          </w:tcPr>
          <w:p w14:paraId="20B64A13" w14:textId="77777777" w:rsidR="0038730B" w:rsidRDefault="0038730B" w:rsidP="00633432">
            <w:pPr>
              <w:jc w:val="center"/>
            </w:pPr>
            <w:r>
              <w:rPr>
                <w:sz w:val="16"/>
              </w:rPr>
              <w:t>O.P. 7707</w:t>
            </w:r>
          </w:p>
        </w:tc>
        <w:tc>
          <w:tcPr>
            <w:tcW w:w="1224" w:type="dxa"/>
            <w:shd w:val="clear" w:color="auto" w:fill="FFFFFF"/>
            <w:tcMar>
              <w:top w:w="60" w:type="dxa"/>
              <w:left w:w="80" w:type="dxa"/>
              <w:bottom w:w="60" w:type="dxa"/>
              <w:right w:w="80" w:type="dxa"/>
            </w:tcMar>
          </w:tcPr>
          <w:p w14:paraId="0C446F5B" w14:textId="77777777" w:rsidR="0038730B" w:rsidRDefault="0038730B" w:rsidP="00633432">
            <w:pPr>
              <w:jc w:val="center"/>
            </w:pPr>
            <w:r>
              <w:rPr>
                <w:sz w:val="16"/>
              </w:rPr>
              <w:t>01/08/2025</w:t>
            </w:r>
          </w:p>
        </w:tc>
        <w:tc>
          <w:tcPr>
            <w:tcW w:w="1800" w:type="dxa"/>
            <w:shd w:val="clear" w:color="auto" w:fill="FFFFFF"/>
            <w:tcMar>
              <w:top w:w="60" w:type="dxa"/>
              <w:left w:w="80" w:type="dxa"/>
              <w:bottom w:w="60" w:type="dxa"/>
              <w:right w:w="80" w:type="dxa"/>
            </w:tcMar>
          </w:tcPr>
          <w:p w14:paraId="3870AF3B" w14:textId="77777777" w:rsidR="0038730B" w:rsidRDefault="0038730B" w:rsidP="00633432">
            <w:r>
              <w:rPr>
                <w:sz w:val="16"/>
              </w:rPr>
              <w:t>Factura 4366/2025</w:t>
            </w:r>
          </w:p>
        </w:tc>
      </w:tr>
      <w:tr w:rsidR="0038730B" w14:paraId="3F263439" w14:textId="77777777" w:rsidTr="00633432">
        <w:trPr>
          <w:jc w:val="center"/>
        </w:trPr>
        <w:tc>
          <w:tcPr>
            <w:tcW w:w="2160" w:type="dxa"/>
            <w:shd w:val="clear" w:color="auto" w:fill="F9FAFC"/>
            <w:tcMar>
              <w:top w:w="60" w:type="dxa"/>
              <w:left w:w="80" w:type="dxa"/>
              <w:bottom w:w="60" w:type="dxa"/>
              <w:right w:w="80" w:type="dxa"/>
            </w:tcMar>
          </w:tcPr>
          <w:p w14:paraId="3A923E22" w14:textId="77777777" w:rsidR="0038730B" w:rsidRDefault="0038730B" w:rsidP="00633432">
            <w:r>
              <w:rPr>
                <w:sz w:val="16"/>
              </w:rPr>
              <w:t>FAC -0003-00004383</w:t>
            </w:r>
          </w:p>
        </w:tc>
        <w:tc>
          <w:tcPr>
            <w:tcW w:w="1224" w:type="dxa"/>
            <w:shd w:val="clear" w:color="auto" w:fill="F9FAFC"/>
            <w:tcMar>
              <w:top w:w="60" w:type="dxa"/>
              <w:left w:w="80" w:type="dxa"/>
              <w:bottom w:w="60" w:type="dxa"/>
              <w:right w:w="80" w:type="dxa"/>
            </w:tcMar>
          </w:tcPr>
          <w:p w14:paraId="176662B0" w14:textId="77777777" w:rsidR="0038730B" w:rsidRDefault="0038730B" w:rsidP="00633432">
            <w:pPr>
              <w:jc w:val="center"/>
            </w:pPr>
            <w:r>
              <w:rPr>
                <w:sz w:val="16"/>
              </w:rPr>
              <w:t>01/08/2025</w:t>
            </w:r>
          </w:p>
        </w:tc>
        <w:tc>
          <w:tcPr>
            <w:tcW w:w="1584" w:type="dxa"/>
            <w:shd w:val="clear" w:color="auto" w:fill="F9FAFC"/>
            <w:tcMar>
              <w:top w:w="60" w:type="dxa"/>
              <w:left w:w="80" w:type="dxa"/>
              <w:bottom w:w="60" w:type="dxa"/>
              <w:right w:w="80" w:type="dxa"/>
            </w:tcMar>
          </w:tcPr>
          <w:p w14:paraId="4DE4C697" w14:textId="77777777" w:rsidR="0038730B" w:rsidRDefault="0038730B" w:rsidP="00633432">
            <w:pPr>
              <w:jc w:val="right"/>
            </w:pPr>
            <w:r>
              <w:rPr>
                <w:b/>
                <w:sz w:val="16"/>
              </w:rPr>
              <w:t>$ 31.700,00</w:t>
            </w:r>
          </w:p>
        </w:tc>
        <w:tc>
          <w:tcPr>
            <w:tcW w:w="1368" w:type="dxa"/>
            <w:shd w:val="clear" w:color="auto" w:fill="F9FAFC"/>
            <w:tcMar>
              <w:top w:w="60" w:type="dxa"/>
              <w:left w:w="80" w:type="dxa"/>
              <w:bottom w:w="60" w:type="dxa"/>
              <w:right w:w="80" w:type="dxa"/>
            </w:tcMar>
          </w:tcPr>
          <w:p w14:paraId="5CA361BA" w14:textId="77777777" w:rsidR="0038730B" w:rsidRDefault="0038730B" w:rsidP="00633432">
            <w:pPr>
              <w:jc w:val="center"/>
            </w:pPr>
            <w:r>
              <w:rPr>
                <w:sz w:val="16"/>
              </w:rPr>
              <w:t>O.P. 7707</w:t>
            </w:r>
          </w:p>
        </w:tc>
        <w:tc>
          <w:tcPr>
            <w:tcW w:w="1224" w:type="dxa"/>
            <w:shd w:val="clear" w:color="auto" w:fill="F9FAFC"/>
            <w:tcMar>
              <w:top w:w="60" w:type="dxa"/>
              <w:left w:w="80" w:type="dxa"/>
              <w:bottom w:w="60" w:type="dxa"/>
              <w:right w:w="80" w:type="dxa"/>
            </w:tcMar>
          </w:tcPr>
          <w:p w14:paraId="02E8F25E" w14:textId="77777777" w:rsidR="0038730B" w:rsidRDefault="0038730B" w:rsidP="00633432">
            <w:pPr>
              <w:jc w:val="center"/>
            </w:pPr>
            <w:r>
              <w:rPr>
                <w:sz w:val="16"/>
              </w:rPr>
              <w:t>01/08/2025</w:t>
            </w:r>
          </w:p>
        </w:tc>
        <w:tc>
          <w:tcPr>
            <w:tcW w:w="1800" w:type="dxa"/>
            <w:shd w:val="clear" w:color="auto" w:fill="F9FAFC"/>
            <w:tcMar>
              <w:top w:w="60" w:type="dxa"/>
              <w:left w:w="80" w:type="dxa"/>
              <w:bottom w:w="60" w:type="dxa"/>
              <w:right w:w="80" w:type="dxa"/>
            </w:tcMar>
          </w:tcPr>
          <w:p w14:paraId="3DA6B2CD" w14:textId="77777777" w:rsidR="0038730B" w:rsidRDefault="0038730B" w:rsidP="00633432">
            <w:r>
              <w:rPr>
                <w:sz w:val="16"/>
              </w:rPr>
              <w:t>Factura 4383/2025</w:t>
            </w:r>
          </w:p>
        </w:tc>
      </w:tr>
      <w:tr w:rsidR="0038730B" w14:paraId="3BF82B90" w14:textId="77777777" w:rsidTr="00633432">
        <w:trPr>
          <w:jc w:val="center"/>
        </w:trPr>
        <w:tc>
          <w:tcPr>
            <w:tcW w:w="2160" w:type="dxa"/>
            <w:shd w:val="clear" w:color="auto" w:fill="FFFFFF"/>
            <w:tcMar>
              <w:top w:w="60" w:type="dxa"/>
              <w:left w:w="80" w:type="dxa"/>
              <w:bottom w:w="60" w:type="dxa"/>
              <w:right w:w="80" w:type="dxa"/>
            </w:tcMar>
          </w:tcPr>
          <w:p w14:paraId="37AE3FB5" w14:textId="77777777" w:rsidR="0038730B" w:rsidRDefault="0038730B" w:rsidP="00633432">
            <w:r>
              <w:rPr>
                <w:sz w:val="16"/>
              </w:rPr>
              <w:t>FAC -0003-00004396</w:t>
            </w:r>
          </w:p>
        </w:tc>
        <w:tc>
          <w:tcPr>
            <w:tcW w:w="1224" w:type="dxa"/>
            <w:shd w:val="clear" w:color="auto" w:fill="FFFFFF"/>
            <w:tcMar>
              <w:top w:w="60" w:type="dxa"/>
              <w:left w:w="80" w:type="dxa"/>
              <w:bottom w:w="60" w:type="dxa"/>
              <w:right w:w="80" w:type="dxa"/>
            </w:tcMar>
          </w:tcPr>
          <w:p w14:paraId="32CEC3CB" w14:textId="77777777" w:rsidR="0038730B" w:rsidRDefault="0038730B" w:rsidP="00633432">
            <w:pPr>
              <w:jc w:val="center"/>
            </w:pPr>
            <w:r>
              <w:rPr>
                <w:sz w:val="16"/>
              </w:rPr>
              <w:t>01/08/2025</w:t>
            </w:r>
          </w:p>
        </w:tc>
        <w:tc>
          <w:tcPr>
            <w:tcW w:w="1584" w:type="dxa"/>
            <w:shd w:val="clear" w:color="auto" w:fill="FFFFFF"/>
            <w:tcMar>
              <w:top w:w="60" w:type="dxa"/>
              <w:left w:w="80" w:type="dxa"/>
              <w:bottom w:w="60" w:type="dxa"/>
              <w:right w:w="80" w:type="dxa"/>
            </w:tcMar>
          </w:tcPr>
          <w:p w14:paraId="413A0FB3" w14:textId="77777777" w:rsidR="0038730B" w:rsidRDefault="0038730B" w:rsidP="00633432">
            <w:pPr>
              <w:jc w:val="right"/>
            </w:pPr>
            <w:r>
              <w:rPr>
                <w:b/>
                <w:sz w:val="16"/>
              </w:rPr>
              <w:t>$ 32.200,00</w:t>
            </w:r>
          </w:p>
        </w:tc>
        <w:tc>
          <w:tcPr>
            <w:tcW w:w="1368" w:type="dxa"/>
            <w:shd w:val="clear" w:color="auto" w:fill="FFFFFF"/>
            <w:tcMar>
              <w:top w:w="60" w:type="dxa"/>
              <w:left w:w="80" w:type="dxa"/>
              <w:bottom w:w="60" w:type="dxa"/>
              <w:right w:w="80" w:type="dxa"/>
            </w:tcMar>
          </w:tcPr>
          <w:p w14:paraId="6B790E68" w14:textId="77777777" w:rsidR="0038730B" w:rsidRDefault="0038730B" w:rsidP="00633432">
            <w:pPr>
              <w:jc w:val="center"/>
            </w:pPr>
            <w:r>
              <w:rPr>
                <w:sz w:val="16"/>
              </w:rPr>
              <w:t>O.P. 7707</w:t>
            </w:r>
          </w:p>
        </w:tc>
        <w:tc>
          <w:tcPr>
            <w:tcW w:w="1224" w:type="dxa"/>
            <w:shd w:val="clear" w:color="auto" w:fill="FFFFFF"/>
            <w:tcMar>
              <w:top w:w="60" w:type="dxa"/>
              <w:left w:w="80" w:type="dxa"/>
              <w:bottom w:w="60" w:type="dxa"/>
              <w:right w:w="80" w:type="dxa"/>
            </w:tcMar>
          </w:tcPr>
          <w:p w14:paraId="1E2A9775" w14:textId="77777777" w:rsidR="0038730B" w:rsidRDefault="0038730B" w:rsidP="00633432">
            <w:pPr>
              <w:jc w:val="center"/>
            </w:pPr>
            <w:r>
              <w:rPr>
                <w:sz w:val="16"/>
              </w:rPr>
              <w:t>01/08/2025</w:t>
            </w:r>
          </w:p>
        </w:tc>
        <w:tc>
          <w:tcPr>
            <w:tcW w:w="1800" w:type="dxa"/>
            <w:shd w:val="clear" w:color="auto" w:fill="FFFFFF"/>
            <w:tcMar>
              <w:top w:w="60" w:type="dxa"/>
              <w:left w:w="80" w:type="dxa"/>
              <w:bottom w:w="60" w:type="dxa"/>
              <w:right w:w="80" w:type="dxa"/>
            </w:tcMar>
          </w:tcPr>
          <w:p w14:paraId="630117BA" w14:textId="77777777" w:rsidR="0038730B" w:rsidRDefault="0038730B" w:rsidP="00633432">
            <w:r>
              <w:rPr>
                <w:sz w:val="16"/>
              </w:rPr>
              <w:t>Factura 4396/2025</w:t>
            </w:r>
          </w:p>
        </w:tc>
      </w:tr>
      <w:tr w:rsidR="0038730B" w14:paraId="764E4A88" w14:textId="77777777" w:rsidTr="00633432">
        <w:trPr>
          <w:jc w:val="center"/>
        </w:trPr>
        <w:tc>
          <w:tcPr>
            <w:tcW w:w="2160" w:type="dxa"/>
            <w:shd w:val="clear" w:color="auto" w:fill="F9FAFC"/>
            <w:tcMar>
              <w:top w:w="60" w:type="dxa"/>
              <w:left w:w="80" w:type="dxa"/>
              <w:bottom w:w="60" w:type="dxa"/>
              <w:right w:w="80" w:type="dxa"/>
            </w:tcMar>
          </w:tcPr>
          <w:p w14:paraId="3AAC09DB" w14:textId="77777777" w:rsidR="0038730B" w:rsidRDefault="0038730B" w:rsidP="00633432">
            <w:r>
              <w:rPr>
                <w:sz w:val="16"/>
              </w:rPr>
              <w:t>FAC -0003-00004408</w:t>
            </w:r>
          </w:p>
        </w:tc>
        <w:tc>
          <w:tcPr>
            <w:tcW w:w="1224" w:type="dxa"/>
            <w:shd w:val="clear" w:color="auto" w:fill="F9FAFC"/>
            <w:tcMar>
              <w:top w:w="60" w:type="dxa"/>
              <w:left w:w="80" w:type="dxa"/>
              <w:bottom w:w="60" w:type="dxa"/>
              <w:right w:w="80" w:type="dxa"/>
            </w:tcMar>
          </w:tcPr>
          <w:p w14:paraId="7502E887" w14:textId="77777777" w:rsidR="0038730B" w:rsidRDefault="0038730B" w:rsidP="00633432">
            <w:pPr>
              <w:jc w:val="center"/>
            </w:pPr>
            <w:r>
              <w:rPr>
                <w:sz w:val="16"/>
              </w:rPr>
              <w:t>01/08/2025</w:t>
            </w:r>
          </w:p>
        </w:tc>
        <w:tc>
          <w:tcPr>
            <w:tcW w:w="1584" w:type="dxa"/>
            <w:shd w:val="clear" w:color="auto" w:fill="F9FAFC"/>
            <w:tcMar>
              <w:top w:w="60" w:type="dxa"/>
              <w:left w:w="80" w:type="dxa"/>
              <w:bottom w:w="60" w:type="dxa"/>
              <w:right w:w="80" w:type="dxa"/>
            </w:tcMar>
          </w:tcPr>
          <w:p w14:paraId="0B9F784F" w14:textId="77777777" w:rsidR="0038730B" w:rsidRDefault="0038730B" w:rsidP="00633432">
            <w:pPr>
              <w:jc w:val="right"/>
            </w:pPr>
            <w:r>
              <w:rPr>
                <w:b/>
                <w:sz w:val="16"/>
              </w:rPr>
              <w:t>$ 32.700,00</w:t>
            </w:r>
          </w:p>
        </w:tc>
        <w:tc>
          <w:tcPr>
            <w:tcW w:w="1368" w:type="dxa"/>
            <w:shd w:val="clear" w:color="auto" w:fill="F9FAFC"/>
            <w:tcMar>
              <w:top w:w="60" w:type="dxa"/>
              <w:left w:w="80" w:type="dxa"/>
              <w:bottom w:w="60" w:type="dxa"/>
              <w:right w:w="80" w:type="dxa"/>
            </w:tcMar>
          </w:tcPr>
          <w:p w14:paraId="7FD72C83" w14:textId="77777777" w:rsidR="0038730B" w:rsidRDefault="0038730B" w:rsidP="00633432">
            <w:pPr>
              <w:jc w:val="center"/>
            </w:pPr>
            <w:r>
              <w:rPr>
                <w:sz w:val="16"/>
              </w:rPr>
              <w:t>O.P. 7707</w:t>
            </w:r>
          </w:p>
        </w:tc>
        <w:tc>
          <w:tcPr>
            <w:tcW w:w="1224" w:type="dxa"/>
            <w:shd w:val="clear" w:color="auto" w:fill="F9FAFC"/>
            <w:tcMar>
              <w:top w:w="60" w:type="dxa"/>
              <w:left w:w="80" w:type="dxa"/>
              <w:bottom w:w="60" w:type="dxa"/>
              <w:right w:w="80" w:type="dxa"/>
            </w:tcMar>
          </w:tcPr>
          <w:p w14:paraId="7CD3982B" w14:textId="77777777" w:rsidR="0038730B" w:rsidRDefault="0038730B" w:rsidP="00633432">
            <w:pPr>
              <w:jc w:val="center"/>
            </w:pPr>
            <w:r>
              <w:rPr>
                <w:sz w:val="16"/>
              </w:rPr>
              <w:t>01/08/2025</w:t>
            </w:r>
          </w:p>
        </w:tc>
        <w:tc>
          <w:tcPr>
            <w:tcW w:w="1800" w:type="dxa"/>
            <w:shd w:val="clear" w:color="auto" w:fill="F9FAFC"/>
            <w:tcMar>
              <w:top w:w="60" w:type="dxa"/>
              <w:left w:w="80" w:type="dxa"/>
              <w:bottom w:w="60" w:type="dxa"/>
              <w:right w:w="80" w:type="dxa"/>
            </w:tcMar>
          </w:tcPr>
          <w:p w14:paraId="5C81B01E" w14:textId="77777777" w:rsidR="0038730B" w:rsidRDefault="0038730B" w:rsidP="00633432">
            <w:r>
              <w:rPr>
                <w:sz w:val="16"/>
              </w:rPr>
              <w:t>Factura 4408/2025</w:t>
            </w:r>
          </w:p>
        </w:tc>
      </w:tr>
      <w:tr w:rsidR="0038730B" w14:paraId="62D99DC4" w14:textId="77777777" w:rsidTr="00633432">
        <w:trPr>
          <w:jc w:val="center"/>
        </w:trPr>
        <w:tc>
          <w:tcPr>
            <w:tcW w:w="2160" w:type="dxa"/>
            <w:shd w:val="clear" w:color="auto" w:fill="FFFFFF"/>
            <w:tcMar>
              <w:top w:w="60" w:type="dxa"/>
              <w:left w:w="80" w:type="dxa"/>
              <w:bottom w:w="60" w:type="dxa"/>
              <w:right w:w="80" w:type="dxa"/>
            </w:tcMar>
          </w:tcPr>
          <w:p w14:paraId="348E493B" w14:textId="77777777" w:rsidR="0038730B" w:rsidRDefault="0038730B" w:rsidP="00633432">
            <w:r>
              <w:rPr>
                <w:sz w:val="16"/>
              </w:rPr>
              <w:t>COM -2025-00000007</w:t>
            </w:r>
          </w:p>
        </w:tc>
        <w:tc>
          <w:tcPr>
            <w:tcW w:w="1224" w:type="dxa"/>
            <w:shd w:val="clear" w:color="auto" w:fill="FFFFFF"/>
            <w:tcMar>
              <w:top w:w="60" w:type="dxa"/>
              <w:left w:w="80" w:type="dxa"/>
              <w:bottom w:w="60" w:type="dxa"/>
              <w:right w:w="80" w:type="dxa"/>
            </w:tcMar>
          </w:tcPr>
          <w:p w14:paraId="519C1FCB" w14:textId="77777777" w:rsidR="0038730B" w:rsidRDefault="0038730B" w:rsidP="00633432">
            <w:pPr>
              <w:jc w:val="center"/>
            </w:pPr>
            <w:r>
              <w:rPr>
                <w:sz w:val="16"/>
              </w:rPr>
              <w:t>11/08/2025</w:t>
            </w:r>
          </w:p>
        </w:tc>
        <w:tc>
          <w:tcPr>
            <w:tcW w:w="1584" w:type="dxa"/>
            <w:shd w:val="clear" w:color="auto" w:fill="FFFFFF"/>
            <w:tcMar>
              <w:top w:w="60" w:type="dxa"/>
              <w:left w:w="80" w:type="dxa"/>
              <w:bottom w:w="60" w:type="dxa"/>
              <w:right w:w="80" w:type="dxa"/>
            </w:tcMar>
          </w:tcPr>
          <w:p w14:paraId="6D7C93E6" w14:textId="77777777" w:rsidR="0038730B" w:rsidRDefault="0038730B" w:rsidP="00633432">
            <w:pPr>
              <w:jc w:val="right"/>
            </w:pPr>
            <w:r>
              <w:rPr>
                <w:b/>
                <w:sz w:val="16"/>
              </w:rPr>
              <w:t>$ 7.320,00</w:t>
            </w:r>
          </w:p>
        </w:tc>
        <w:tc>
          <w:tcPr>
            <w:tcW w:w="1368" w:type="dxa"/>
            <w:shd w:val="clear" w:color="auto" w:fill="FFFFFF"/>
            <w:tcMar>
              <w:top w:w="60" w:type="dxa"/>
              <w:left w:w="80" w:type="dxa"/>
              <w:bottom w:w="60" w:type="dxa"/>
              <w:right w:w="80" w:type="dxa"/>
            </w:tcMar>
          </w:tcPr>
          <w:p w14:paraId="5F42C0A2" w14:textId="77777777" w:rsidR="0038730B" w:rsidRDefault="0038730B" w:rsidP="00633432">
            <w:pPr>
              <w:jc w:val="center"/>
            </w:pPr>
            <w:r>
              <w:rPr>
                <w:sz w:val="16"/>
              </w:rPr>
              <w:t>O.P. 8028</w:t>
            </w:r>
          </w:p>
        </w:tc>
        <w:tc>
          <w:tcPr>
            <w:tcW w:w="1224" w:type="dxa"/>
            <w:shd w:val="clear" w:color="auto" w:fill="FFFFFF"/>
            <w:tcMar>
              <w:top w:w="60" w:type="dxa"/>
              <w:left w:w="80" w:type="dxa"/>
              <w:bottom w:w="60" w:type="dxa"/>
              <w:right w:w="80" w:type="dxa"/>
            </w:tcMar>
          </w:tcPr>
          <w:p w14:paraId="1EE4FE37" w14:textId="77777777" w:rsidR="0038730B" w:rsidRDefault="0038730B" w:rsidP="00633432">
            <w:pPr>
              <w:jc w:val="center"/>
            </w:pPr>
            <w:r>
              <w:rPr>
                <w:sz w:val="16"/>
              </w:rPr>
              <w:t>11/08/2025</w:t>
            </w:r>
          </w:p>
        </w:tc>
        <w:tc>
          <w:tcPr>
            <w:tcW w:w="1800" w:type="dxa"/>
            <w:shd w:val="clear" w:color="auto" w:fill="FFFFFF"/>
            <w:tcMar>
              <w:top w:w="60" w:type="dxa"/>
              <w:left w:w="80" w:type="dxa"/>
              <w:bottom w:w="60" w:type="dxa"/>
              <w:right w:w="80" w:type="dxa"/>
            </w:tcMar>
          </w:tcPr>
          <w:p w14:paraId="51F94504" w14:textId="77777777" w:rsidR="0038730B" w:rsidRDefault="0038730B" w:rsidP="00633432">
            <w:r>
              <w:rPr>
                <w:sz w:val="16"/>
              </w:rPr>
              <w:t>Nota 07/2025</w:t>
            </w:r>
          </w:p>
        </w:tc>
      </w:tr>
      <w:tr w:rsidR="0038730B" w14:paraId="6EECD669" w14:textId="77777777" w:rsidTr="00633432">
        <w:trPr>
          <w:jc w:val="center"/>
        </w:trPr>
        <w:tc>
          <w:tcPr>
            <w:tcW w:w="2160" w:type="dxa"/>
            <w:shd w:val="clear" w:color="auto" w:fill="F9FAFC"/>
            <w:tcMar>
              <w:top w:w="60" w:type="dxa"/>
              <w:left w:w="80" w:type="dxa"/>
              <w:bottom w:w="60" w:type="dxa"/>
              <w:right w:w="80" w:type="dxa"/>
            </w:tcMar>
          </w:tcPr>
          <w:p w14:paraId="518656F2" w14:textId="77777777" w:rsidR="0038730B" w:rsidRDefault="0038730B" w:rsidP="00633432">
            <w:r>
              <w:rPr>
                <w:sz w:val="16"/>
              </w:rPr>
              <w:t>COM -2025-00000008</w:t>
            </w:r>
          </w:p>
        </w:tc>
        <w:tc>
          <w:tcPr>
            <w:tcW w:w="1224" w:type="dxa"/>
            <w:shd w:val="clear" w:color="auto" w:fill="F9FAFC"/>
            <w:tcMar>
              <w:top w:w="60" w:type="dxa"/>
              <w:left w:w="80" w:type="dxa"/>
              <w:bottom w:w="60" w:type="dxa"/>
              <w:right w:w="80" w:type="dxa"/>
            </w:tcMar>
          </w:tcPr>
          <w:p w14:paraId="29C26D96" w14:textId="77777777" w:rsidR="0038730B" w:rsidRDefault="0038730B" w:rsidP="00633432">
            <w:pPr>
              <w:jc w:val="center"/>
            </w:pPr>
            <w:r>
              <w:rPr>
                <w:sz w:val="16"/>
              </w:rPr>
              <w:t>11/09/2025</w:t>
            </w:r>
          </w:p>
        </w:tc>
        <w:tc>
          <w:tcPr>
            <w:tcW w:w="1584" w:type="dxa"/>
            <w:shd w:val="clear" w:color="auto" w:fill="F9FAFC"/>
            <w:tcMar>
              <w:top w:w="60" w:type="dxa"/>
              <w:left w:w="80" w:type="dxa"/>
              <w:bottom w:w="60" w:type="dxa"/>
              <w:right w:w="80" w:type="dxa"/>
            </w:tcMar>
          </w:tcPr>
          <w:p w14:paraId="22F2EE02" w14:textId="77777777" w:rsidR="0038730B" w:rsidRDefault="0038730B" w:rsidP="00633432">
            <w:pPr>
              <w:jc w:val="right"/>
            </w:pPr>
            <w:r>
              <w:rPr>
                <w:b/>
                <w:sz w:val="16"/>
              </w:rPr>
              <w:t>$ 45.100,00</w:t>
            </w:r>
          </w:p>
        </w:tc>
        <w:tc>
          <w:tcPr>
            <w:tcW w:w="1368" w:type="dxa"/>
            <w:shd w:val="clear" w:color="auto" w:fill="F9FAFC"/>
            <w:tcMar>
              <w:top w:w="60" w:type="dxa"/>
              <w:left w:w="80" w:type="dxa"/>
              <w:bottom w:w="60" w:type="dxa"/>
              <w:right w:w="80" w:type="dxa"/>
            </w:tcMar>
          </w:tcPr>
          <w:p w14:paraId="5CA18663" w14:textId="77777777" w:rsidR="0038730B" w:rsidRDefault="0038730B" w:rsidP="00633432">
            <w:pPr>
              <w:jc w:val="center"/>
            </w:pPr>
            <w:r>
              <w:rPr>
                <w:sz w:val="16"/>
              </w:rPr>
              <w:t>O.P. 9427</w:t>
            </w:r>
          </w:p>
        </w:tc>
        <w:tc>
          <w:tcPr>
            <w:tcW w:w="1224" w:type="dxa"/>
            <w:shd w:val="clear" w:color="auto" w:fill="F9FAFC"/>
            <w:tcMar>
              <w:top w:w="60" w:type="dxa"/>
              <w:left w:w="80" w:type="dxa"/>
              <w:bottom w:w="60" w:type="dxa"/>
              <w:right w:w="80" w:type="dxa"/>
            </w:tcMar>
          </w:tcPr>
          <w:p w14:paraId="3BAD5EA1" w14:textId="77777777" w:rsidR="0038730B" w:rsidRDefault="0038730B" w:rsidP="00633432">
            <w:pPr>
              <w:jc w:val="center"/>
            </w:pPr>
            <w:r>
              <w:rPr>
                <w:sz w:val="16"/>
              </w:rPr>
              <w:t>11/09/2025</w:t>
            </w:r>
          </w:p>
        </w:tc>
        <w:tc>
          <w:tcPr>
            <w:tcW w:w="1800" w:type="dxa"/>
            <w:shd w:val="clear" w:color="auto" w:fill="F9FAFC"/>
            <w:tcMar>
              <w:top w:w="60" w:type="dxa"/>
              <w:left w:w="80" w:type="dxa"/>
              <w:bottom w:w="60" w:type="dxa"/>
              <w:right w:w="80" w:type="dxa"/>
            </w:tcMar>
          </w:tcPr>
          <w:p w14:paraId="05141817" w14:textId="77777777" w:rsidR="0038730B" w:rsidRDefault="0038730B" w:rsidP="00633432">
            <w:proofErr w:type="spellStart"/>
            <w:r>
              <w:rPr>
                <w:sz w:val="16"/>
              </w:rPr>
              <w:t>Formulario</w:t>
            </w:r>
            <w:proofErr w:type="spellEnd"/>
            <w:r>
              <w:rPr>
                <w:sz w:val="16"/>
              </w:rPr>
              <w:t xml:space="preserve"> 1530995</w:t>
            </w:r>
          </w:p>
        </w:tc>
      </w:tr>
      <w:tr w:rsidR="0038730B" w14:paraId="54A97E66" w14:textId="77777777" w:rsidTr="00633432">
        <w:trPr>
          <w:jc w:val="center"/>
        </w:trPr>
        <w:tc>
          <w:tcPr>
            <w:tcW w:w="2160" w:type="dxa"/>
            <w:shd w:val="clear" w:color="auto" w:fill="FFFFFF"/>
            <w:tcMar>
              <w:top w:w="60" w:type="dxa"/>
              <w:left w:w="80" w:type="dxa"/>
              <w:bottom w:w="60" w:type="dxa"/>
              <w:right w:w="80" w:type="dxa"/>
            </w:tcMar>
          </w:tcPr>
          <w:p w14:paraId="0EEA72DB" w14:textId="77777777" w:rsidR="0038730B" w:rsidRDefault="0038730B" w:rsidP="00633432">
            <w:r>
              <w:rPr>
                <w:sz w:val="16"/>
              </w:rPr>
              <w:t>COM -2025-00000009</w:t>
            </w:r>
          </w:p>
        </w:tc>
        <w:tc>
          <w:tcPr>
            <w:tcW w:w="1224" w:type="dxa"/>
            <w:shd w:val="clear" w:color="auto" w:fill="FFFFFF"/>
            <w:tcMar>
              <w:top w:w="60" w:type="dxa"/>
              <w:left w:w="80" w:type="dxa"/>
              <w:bottom w:w="60" w:type="dxa"/>
              <w:right w:w="80" w:type="dxa"/>
            </w:tcMar>
          </w:tcPr>
          <w:p w14:paraId="53450703" w14:textId="77777777" w:rsidR="0038730B" w:rsidRDefault="0038730B" w:rsidP="00633432">
            <w:pPr>
              <w:jc w:val="center"/>
            </w:pPr>
            <w:r>
              <w:rPr>
                <w:sz w:val="16"/>
              </w:rPr>
              <w:t>11/09/2025</w:t>
            </w:r>
          </w:p>
        </w:tc>
        <w:tc>
          <w:tcPr>
            <w:tcW w:w="1584" w:type="dxa"/>
            <w:shd w:val="clear" w:color="auto" w:fill="FFFFFF"/>
            <w:tcMar>
              <w:top w:w="60" w:type="dxa"/>
              <w:left w:w="80" w:type="dxa"/>
              <w:bottom w:w="60" w:type="dxa"/>
              <w:right w:w="80" w:type="dxa"/>
            </w:tcMar>
          </w:tcPr>
          <w:p w14:paraId="1A2AD48F" w14:textId="77777777" w:rsidR="0038730B" w:rsidRDefault="0038730B" w:rsidP="00633432">
            <w:pPr>
              <w:jc w:val="right"/>
            </w:pPr>
            <w:r>
              <w:rPr>
                <w:b/>
                <w:sz w:val="16"/>
              </w:rPr>
              <w:t>$ 121.264,00</w:t>
            </w:r>
          </w:p>
        </w:tc>
        <w:tc>
          <w:tcPr>
            <w:tcW w:w="1368" w:type="dxa"/>
            <w:shd w:val="clear" w:color="auto" w:fill="FFFFFF"/>
            <w:tcMar>
              <w:top w:w="60" w:type="dxa"/>
              <w:left w:w="80" w:type="dxa"/>
              <w:bottom w:w="60" w:type="dxa"/>
              <w:right w:w="80" w:type="dxa"/>
            </w:tcMar>
          </w:tcPr>
          <w:p w14:paraId="78293CF3" w14:textId="77777777" w:rsidR="0038730B" w:rsidRDefault="0038730B" w:rsidP="00633432">
            <w:pPr>
              <w:jc w:val="center"/>
            </w:pPr>
            <w:r>
              <w:rPr>
                <w:sz w:val="16"/>
              </w:rPr>
              <w:t>O.P. 9428</w:t>
            </w:r>
          </w:p>
        </w:tc>
        <w:tc>
          <w:tcPr>
            <w:tcW w:w="1224" w:type="dxa"/>
            <w:shd w:val="clear" w:color="auto" w:fill="FFFFFF"/>
            <w:tcMar>
              <w:top w:w="60" w:type="dxa"/>
              <w:left w:w="80" w:type="dxa"/>
              <w:bottom w:w="60" w:type="dxa"/>
              <w:right w:w="80" w:type="dxa"/>
            </w:tcMar>
          </w:tcPr>
          <w:p w14:paraId="61142FA9" w14:textId="77777777" w:rsidR="0038730B" w:rsidRDefault="0038730B" w:rsidP="00633432">
            <w:pPr>
              <w:jc w:val="center"/>
            </w:pPr>
            <w:r>
              <w:rPr>
                <w:sz w:val="16"/>
              </w:rPr>
              <w:t>11/09/2025</w:t>
            </w:r>
          </w:p>
        </w:tc>
        <w:tc>
          <w:tcPr>
            <w:tcW w:w="1800" w:type="dxa"/>
            <w:shd w:val="clear" w:color="auto" w:fill="FFFFFF"/>
            <w:tcMar>
              <w:top w:w="60" w:type="dxa"/>
              <w:left w:w="80" w:type="dxa"/>
              <w:bottom w:w="60" w:type="dxa"/>
              <w:right w:w="80" w:type="dxa"/>
            </w:tcMar>
          </w:tcPr>
          <w:p w14:paraId="5E754A1F" w14:textId="77777777" w:rsidR="0038730B" w:rsidRDefault="0038730B" w:rsidP="00633432">
            <w:r>
              <w:rPr>
                <w:sz w:val="16"/>
              </w:rPr>
              <w:t>Nota 09/2025</w:t>
            </w:r>
          </w:p>
        </w:tc>
      </w:tr>
      <w:tr w:rsidR="0038730B" w14:paraId="6CBD4778" w14:textId="77777777" w:rsidTr="00633432">
        <w:trPr>
          <w:jc w:val="center"/>
        </w:trPr>
        <w:tc>
          <w:tcPr>
            <w:tcW w:w="2160" w:type="dxa"/>
            <w:shd w:val="clear" w:color="auto" w:fill="F9FAFC"/>
            <w:tcMar>
              <w:top w:w="60" w:type="dxa"/>
              <w:left w:w="80" w:type="dxa"/>
              <w:bottom w:w="60" w:type="dxa"/>
              <w:right w:w="80" w:type="dxa"/>
            </w:tcMar>
          </w:tcPr>
          <w:p w14:paraId="0562E18E" w14:textId="77777777" w:rsidR="0038730B" w:rsidRDefault="0038730B" w:rsidP="00633432">
            <w:r>
              <w:rPr>
                <w:sz w:val="16"/>
              </w:rPr>
              <w:t>FAC -0001-00004428</w:t>
            </w:r>
          </w:p>
        </w:tc>
        <w:tc>
          <w:tcPr>
            <w:tcW w:w="1224" w:type="dxa"/>
            <w:shd w:val="clear" w:color="auto" w:fill="F9FAFC"/>
            <w:tcMar>
              <w:top w:w="60" w:type="dxa"/>
              <w:left w:w="80" w:type="dxa"/>
              <w:bottom w:w="60" w:type="dxa"/>
              <w:right w:w="80" w:type="dxa"/>
            </w:tcMar>
          </w:tcPr>
          <w:p w14:paraId="3D73B78A" w14:textId="77777777" w:rsidR="0038730B" w:rsidRDefault="0038730B" w:rsidP="00633432">
            <w:pPr>
              <w:jc w:val="center"/>
            </w:pPr>
            <w:r>
              <w:rPr>
                <w:sz w:val="16"/>
              </w:rPr>
              <w:t>15/09/2025</w:t>
            </w:r>
          </w:p>
        </w:tc>
        <w:tc>
          <w:tcPr>
            <w:tcW w:w="1584" w:type="dxa"/>
            <w:shd w:val="clear" w:color="auto" w:fill="F9FAFC"/>
            <w:tcMar>
              <w:top w:w="60" w:type="dxa"/>
              <w:left w:w="80" w:type="dxa"/>
              <w:bottom w:w="60" w:type="dxa"/>
              <w:right w:w="80" w:type="dxa"/>
            </w:tcMar>
          </w:tcPr>
          <w:p w14:paraId="1B54F064" w14:textId="77777777" w:rsidR="0038730B" w:rsidRDefault="0038730B" w:rsidP="00633432">
            <w:pPr>
              <w:jc w:val="right"/>
            </w:pPr>
            <w:r>
              <w:rPr>
                <w:b/>
                <w:sz w:val="16"/>
              </w:rPr>
              <w:t>$ 182.000,00</w:t>
            </w:r>
          </w:p>
        </w:tc>
        <w:tc>
          <w:tcPr>
            <w:tcW w:w="1368" w:type="dxa"/>
            <w:shd w:val="clear" w:color="auto" w:fill="F9FAFC"/>
            <w:tcMar>
              <w:top w:w="60" w:type="dxa"/>
              <w:left w:w="80" w:type="dxa"/>
              <w:bottom w:w="60" w:type="dxa"/>
              <w:right w:w="80" w:type="dxa"/>
            </w:tcMar>
          </w:tcPr>
          <w:p w14:paraId="2496FC34" w14:textId="77777777" w:rsidR="0038730B" w:rsidRDefault="0038730B" w:rsidP="00633432">
            <w:pPr>
              <w:jc w:val="center"/>
            </w:pPr>
            <w:r>
              <w:rPr>
                <w:sz w:val="16"/>
              </w:rPr>
              <w:t>O.P. 9538</w:t>
            </w:r>
          </w:p>
        </w:tc>
        <w:tc>
          <w:tcPr>
            <w:tcW w:w="1224" w:type="dxa"/>
            <w:shd w:val="clear" w:color="auto" w:fill="F9FAFC"/>
            <w:tcMar>
              <w:top w:w="60" w:type="dxa"/>
              <w:left w:w="80" w:type="dxa"/>
              <w:bottom w:w="60" w:type="dxa"/>
              <w:right w:w="80" w:type="dxa"/>
            </w:tcMar>
          </w:tcPr>
          <w:p w14:paraId="4F56227E" w14:textId="77777777" w:rsidR="0038730B" w:rsidRDefault="0038730B" w:rsidP="00633432">
            <w:pPr>
              <w:jc w:val="center"/>
            </w:pPr>
            <w:r>
              <w:rPr>
                <w:sz w:val="16"/>
              </w:rPr>
              <w:t>15/09/2025</w:t>
            </w:r>
          </w:p>
        </w:tc>
        <w:tc>
          <w:tcPr>
            <w:tcW w:w="1800" w:type="dxa"/>
            <w:shd w:val="clear" w:color="auto" w:fill="F9FAFC"/>
            <w:tcMar>
              <w:top w:w="60" w:type="dxa"/>
              <w:left w:w="80" w:type="dxa"/>
              <w:bottom w:w="60" w:type="dxa"/>
              <w:right w:w="80" w:type="dxa"/>
            </w:tcMar>
          </w:tcPr>
          <w:p w14:paraId="3676202E" w14:textId="77777777" w:rsidR="0038730B" w:rsidRDefault="0038730B" w:rsidP="00633432">
            <w:r>
              <w:rPr>
                <w:sz w:val="16"/>
              </w:rPr>
              <w:t>Factura 4428/2025</w:t>
            </w:r>
          </w:p>
        </w:tc>
      </w:tr>
      <w:tr w:rsidR="0038730B" w14:paraId="415D555C" w14:textId="77777777" w:rsidTr="00633432">
        <w:trPr>
          <w:jc w:val="center"/>
        </w:trPr>
        <w:tc>
          <w:tcPr>
            <w:tcW w:w="2160" w:type="dxa"/>
            <w:shd w:val="clear" w:color="auto" w:fill="FFFFFF"/>
            <w:tcMar>
              <w:top w:w="60" w:type="dxa"/>
              <w:left w:w="80" w:type="dxa"/>
              <w:bottom w:w="60" w:type="dxa"/>
              <w:right w:w="80" w:type="dxa"/>
            </w:tcMar>
          </w:tcPr>
          <w:p w14:paraId="346BC0BA" w14:textId="77777777" w:rsidR="0038730B" w:rsidRDefault="0038730B" w:rsidP="00633432">
            <w:r>
              <w:rPr>
                <w:sz w:val="16"/>
              </w:rPr>
              <w:t>COM -2025-00000010</w:t>
            </w:r>
          </w:p>
        </w:tc>
        <w:tc>
          <w:tcPr>
            <w:tcW w:w="1224" w:type="dxa"/>
            <w:shd w:val="clear" w:color="auto" w:fill="FFFFFF"/>
            <w:tcMar>
              <w:top w:w="60" w:type="dxa"/>
              <w:left w:w="80" w:type="dxa"/>
              <w:bottom w:w="60" w:type="dxa"/>
              <w:right w:w="80" w:type="dxa"/>
            </w:tcMar>
          </w:tcPr>
          <w:p w14:paraId="24CD7C69" w14:textId="77777777" w:rsidR="0038730B" w:rsidRDefault="0038730B" w:rsidP="00633432">
            <w:pPr>
              <w:jc w:val="center"/>
            </w:pPr>
            <w:r>
              <w:rPr>
                <w:sz w:val="16"/>
              </w:rPr>
              <w:t>17/09/2025</w:t>
            </w:r>
          </w:p>
        </w:tc>
        <w:tc>
          <w:tcPr>
            <w:tcW w:w="1584" w:type="dxa"/>
            <w:shd w:val="clear" w:color="auto" w:fill="FFFFFF"/>
            <w:tcMar>
              <w:top w:w="60" w:type="dxa"/>
              <w:left w:w="80" w:type="dxa"/>
              <w:bottom w:w="60" w:type="dxa"/>
              <w:right w:w="80" w:type="dxa"/>
            </w:tcMar>
          </w:tcPr>
          <w:p w14:paraId="7A2A7DA4" w14:textId="77777777" w:rsidR="0038730B" w:rsidRDefault="0038730B" w:rsidP="00633432">
            <w:pPr>
              <w:jc w:val="right"/>
            </w:pPr>
            <w:r>
              <w:rPr>
                <w:b/>
                <w:sz w:val="16"/>
              </w:rPr>
              <w:t>$ 50.820,00</w:t>
            </w:r>
          </w:p>
        </w:tc>
        <w:tc>
          <w:tcPr>
            <w:tcW w:w="1368" w:type="dxa"/>
            <w:shd w:val="clear" w:color="auto" w:fill="FFFFFF"/>
            <w:tcMar>
              <w:top w:w="60" w:type="dxa"/>
              <w:left w:w="80" w:type="dxa"/>
              <w:bottom w:w="60" w:type="dxa"/>
              <w:right w:w="80" w:type="dxa"/>
            </w:tcMar>
          </w:tcPr>
          <w:p w14:paraId="4B22F0F1" w14:textId="77777777" w:rsidR="0038730B" w:rsidRDefault="0038730B" w:rsidP="00633432">
            <w:pPr>
              <w:jc w:val="center"/>
            </w:pPr>
            <w:r>
              <w:rPr>
                <w:sz w:val="16"/>
              </w:rPr>
              <w:t>O.P. 9606</w:t>
            </w:r>
          </w:p>
        </w:tc>
        <w:tc>
          <w:tcPr>
            <w:tcW w:w="1224" w:type="dxa"/>
            <w:shd w:val="clear" w:color="auto" w:fill="FFFFFF"/>
            <w:tcMar>
              <w:top w:w="60" w:type="dxa"/>
              <w:left w:w="80" w:type="dxa"/>
              <w:bottom w:w="60" w:type="dxa"/>
              <w:right w:w="80" w:type="dxa"/>
            </w:tcMar>
          </w:tcPr>
          <w:p w14:paraId="16822AD7" w14:textId="77777777" w:rsidR="0038730B" w:rsidRDefault="0038730B" w:rsidP="00633432">
            <w:pPr>
              <w:jc w:val="center"/>
            </w:pPr>
            <w:r>
              <w:rPr>
                <w:sz w:val="16"/>
              </w:rPr>
              <w:t>17/09/2025</w:t>
            </w:r>
          </w:p>
        </w:tc>
        <w:tc>
          <w:tcPr>
            <w:tcW w:w="1800" w:type="dxa"/>
            <w:shd w:val="clear" w:color="auto" w:fill="FFFFFF"/>
            <w:tcMar>
              <w:top w:w="60" w:type="dxa"/>
              <w:left w:w="80" w:type="dxa"/>
              <w:bottom w:w="60" w:type="dxa"/>
              <w:right w:w="80" w:type="dxa"/>
            </w:tcMar>
          </w:tcPr>
          <w:p w14:paraId="1AB2330E" w14:textId="77777777" w:rsidR="0038730B" w:rsidRDefault="0038730B" w:rsidP="00633432">
            <w:r>
              <w:rPr>
                <w:sz w:val="16"/>
              </w:rPr>
              <w:t>Nota 10/2025</w:t>
            </w:r>
          </w:p>
        </w:tc>
      </w:tr>
      <w:tr w:rsidR="0038730B" w14:paraId="53201843" w14:textId="77777777" w:rsidTr="00633432">
        <w:trPr>
          <w:jc w:val="center"/>
        </w:trPr>
        <w:tc>
          <w:tcPr>
            <w:tcW w:w="2160" w:type="dxa"/>
            <w:shd w:val="clear" w:color="auto" w:fill="F9FAFC"/>
            <w:tcMar>
              <w:top w:w="60" w:type="dxa"/>
              <w:left w:w="80" w:type="dxa"/>
              <w:bottom w:w="60" w:type="dxa"/>
              <w:right w:w="80" w:type="dxa"/>
            </w:tcMar>
          </w:tcPr>
          <w:p w14:paraId="34A089E2" w14:textId="77777777" w:rsidR="0038730B" w:rsidRDefault="0038730B" w:rsidP="00633432">
            <w:r>
              <w:rPr>
                <w:sz w:val="16"/>
              </w:rPr>
              <w:t>FAC -0003-00004498</w:t>
            </w:r>
          </w:p>
        </w:tc>
        <w:tc>
          <w:tcPr>
            <w:tcW w:w="1224" w:type="dxa"/>
            <w:shd w:val="clear" w:color="auto" w:fill="F9FAFC"/>
            <w:tcMar>
              <w:top w:w="60" w:type="dxa"/>
              <w:left w:w="80" w:type="dxa"/>
              <w:bottom w:w="60" w:type="dxa"/>
              <w:right w:w="80" w:type="dxa"/>
            </w:tcMar>
          </w:tcPr>
          <w:p w14:paraId="0DD66651" w14:textId="77777777" w:rsidR="0038730B" w:rsidRDefault="0038730B" w:rsidP="00633432">
            <w:pPr>
              <w:jc w:val="center"/>
            </w:pPr>
            <w:r>
              <w:rPr>
                <w:sz w:val="16"/>
              </w:rPr>
              <w:t>27/10/2025</w:t>
            </w:r>
          </w:p>
        </w:tc>
        <w:tc>
          <w:tcPr>
            <w:tcW w:w="1584" w:type="dxa"/>
            <w:shd w:val="clear" w:color="auto" w:fill="F9FAFC"/>
            <w:tcMar>
              <w:top w:w="60" w:type="dxa"/>
              <w:left w:w="80" w:type="dxa"/>
              <w:bottom w:w="60" w:type="dxa"/>
              <w:right w:w="80" w:type="dxa"/>
            </w:tcMar>
          </w:tcPr>
          <w:p w14:paraId="751FE247" w14:textId="77777777" w:rsidR="0038730B" w:rsidRDefault="0038730B" w:rsidP="00633432">
            <w:pPr>
              <w:jc w:val="right"/>
            </w:pPr>
            <w:r>
              <w:rPr>
                <w:b/>
                <w:sz w:val="16"/>
              </w:rPr>
              <w:t>$ 34.700,00</w:t>
            </w:r>
          </w:p>
        </w:tc>
        <w:tc>
          <w:tcPr>
            <w:tcW w:w="1368" w:type="dxa"/>
            <w:shd w:val="clear" w:color="auto" w:fill="F9FAFC"/>
            <w:tcMar>
              <w:top w:w="60" w:type="dxa"/>
              <w:left w:w="80" w:type="dxa"/>
              <w:bottom w:w="60" w:type="dxa"/>
              <w:right w:w="80" w:type="dxa"/>
            </w:tcMar>
          </w:tcPr>
          <w:p w14:paraId="6338A81D" w14:textId="77777777" w:rsidR="0038730B" w:rsidRDefault="0038730B" w:rsidP="00633432">
            <w:pPr>
              <w:jc w:val="center"/>
            </w:pPr>
            <w:r>
              <w:rPr>
                <w:sz w:val="16"/>
              </w:rPr>
              <w:t>O.P. 11006</w:t>
            </w:r>
          </w:p>
        </w:tc>
        <w:tc>
          <w:tcPr>
            <w:tcW w:w="1224" w:type="dxa"/>
            <w:shd w:val="clear" w:color="auto" w:fill="F9FAFC"/>
            <w:tcMar>
              <w:top w:w="60" w:type="dxa"/>
              <w:left w:w="80" w:type="dxa"/>
              <w:bottom w:w="60" w:type="dxa"/>
              <w:right w:w="80" w:type="dxa"/>
            </w:tcMar>
          </w:tcPr>
          <w:p w14:paraId="0F965726" w14:textId="77777777" w:rsidR="0038730B" w:rsidRDefault="0038730B" w:rsidP="00633432">
            <w:pPr>
              <w:jc w:val="center"/>
            </w:pPr>
            <w:r>
              <w:rPr>
                <w:sz w:val="16"/>
              </w:rPr>
              <w:t>27/10/2025</w:t>
            </w:r>
          </w:p>
        </w:tc>
        <w:tc>
          <w:tcPr>
            <w:tcW w:w="1800" w:type="dxa"/>
            <w:shd w:val="clear" w:color="auto" w:fill="F9FAFC"/>
            <w:tcMar>
              <w:top w:w="60" w:type="dxa"/>
              <w:left w:w="80" w:type="dxa"/>
              <w:bottom w:w="60" w:type="dxa"/>
              <w:right w:w="80" w:type="dxa"/>
            </w:tcMar>
          </w:tcPr>
          <w:p w14:paraId="159A14E3" w14:textId="77777777" w:rsidR="0038730B" w:rsidRDefault="0038730B" w:rsidP="00633432">
            <w:r>
              <w:rPr>
                <w:sz w:val="16"/>
              </w:rPr>
              <w:t>Factura 4578/2025</w:t>
            </w:r>
          </w:p>
        </w:tc>
      </w:tr>
      <w:tr w:rsidR="0038730B" w14:paraId="70F48C1B" w14:textId="77777777" w:rsidTr="00633432">
        <w:trPr>
          <w:jc w:val="center"/>
        </w:trPr>
        <w:tc>
          <w:tcPr>
            <w:tcW w:w="2160" w:type="dxa"/>
            <w:shd w:val="clear" w:color="auto" w:fill="FFFFFF"/>
            <w:tcMar>
              <w:top w:w="60" w:type="dxa"/>
              <w:left w:w="80" w:type="dxa"/>
              <w:bottom w:w="60" w:type="dxa"/>
              <w:right w:w="80" w:type="dxa"/>
            </w:tcMar>
          </w:tcPr>
          <w:p w14:paraId="114FAD57" w14:textId="77777777" w:rsidR="0038730B" w:rsidRDefault="0038730B" w:rsidP="00633432">
            <w:r>
              <w:rPr>
                <w:sz w:val="16"/>
              </w:rPr>
              <w:t>FAC -0003-00004511</w:t>
            </w:r>
          </w:p>
        </w:tc>
        <w:tc>
          <w:tcPr>
            <w:tcW w:w="1224" w:type="dxa"/>
            <w:shd w:val="clear" w:color="auto" w:fill="FFFFFF"/>
            <w:tcMar>
              <w:top w:w="60" w:type="dxa"/>
              <w:left w:w="80" w:type="dxa"/>
              <w:bottom w:w="60" w:type="dxa"/>
              <w:right w:w="80" w:type="dxa"/>
            </w:tcMar>
          </w:tcPr>
          <w:p w14:paraId="38B9A4C5" w14:textId="77777777" w:rsidR="0038730B" w:rsidRDefault="0038730B" w:rsidP="00633432">
            <w:pPr>
              <w:jc w:val="center"/>
            </w:pPr>
            <w:r>
              <w:rPr>
                <w:sz w:val="16"/>
              </w:rPr>
              <w:t>27/10/2025</w:t>
            </w:r>
          </w:p>
        </w:tc>
        <w:tc>
          <w:tcPr>
            <w:tcW w:w="1584" w:type="dxa"/>
            <w:shd w:val="clear" w:color="auto" w:fill="FFFFFF"/>
            <w:tcMar>
              <w:top w:w="60" w:type="dxa"/>
              <w:left w:w="80" w:type="dxa"/>
              <w:bottom w:w="60" w:type="dxa"/>
              <w:right w:w="80" w:type="dxa"/>
            </w:tcMar>
          </w:tcPr>
          <w:p w14:paraId="44F2DBF4" w14:textId="77777777" w:rsidR="0038730B" w:rsidRDefault="0038730B" w:rsidP="00633432">
            <w:pPr>
              <w:jc w:val="right"/>
            </w:pPr>
            <w:r>
              <w:rPr>
                <w:b/>
                <w:sz w:val="16"/>
              </w:rPr>
              <w:t>$ 34.700,00</w:t>
            </w:r>
          </w:p>
        </w:tc>
        <w:tc>
          <w:tcPr>
            <w:tcW w:w="1368" w:type="dxa"/>
            <w:shd w:val="clear" w:color="auto" w:fill="FFFFFF"/>
            <w:tcMar>
              <w:top w:w="60" w:type="dxa"/>
              <w:left w:w="80" w:type="dxa"/>
              <w:bottom w:w="60" w:type="dxa"/>
              <w:right w:w="80" w:type="dxa"/>
            </w:tcMar>
          </w:tcPr>
          <w:p w14:paraId="33ECF6EF" w14:textId="77777777" w:rsidR="0038730B" w:rsidRDefault="0038730B" w:rsidP="00633432">
            <w:pPr>
              <w:jc w:val="center"/>
            </w:pPr>
            <w:r>
              <w:rPr>
                <w:sz w:val="16"/>
              </w:rPr>
              <w:t>O.P. 11006</w:t>
            </w:r>
          </w:p>
        </w:tc>
        <w:tc>
          <w:tcPr>
            <w:tcW w:w="1224" w:type="dxa"/>
            <w:shd w:val="clear" w:color="auto" w:fill="FFFFFF"/>
            <w:tcMar>
              <w:top w:w="60" w:type="dxa"/>
              <w:left w:w="80" w:type="dxa"/>
              <w:bottom w:w="60" w:type="dxa"/>
              <w:right w:w="80" w:type="dxa"/>
            </w:tcMar>
          </w:tcPr>
          <w:p w14:paraId="24C9F9C1" w14:textId="77777777" w:rsidR="0038730B" w:rsidRDefault="0038730B" w:rsidP="00633432">
            <w:pPr>
              <w:jc w:val="center"/>
            </w:pPr>
            <w:r>
              <w:rPr>
                <w:sz w:val="16"/>
              </w:rPr>
              <w:t>27/10/2025</w:t>
            </w:r>
          </w:p>
        </w:tc>
        <w:tc>
          <w:tcPr>
            <w:tcW w:w="1800" w:type="dxa"/>
            <w:shd w:val="clear" w:color="auto" w:fill="FFFFFF"/>
            <w:tcMar>
              <w:top w:w="60" w:type="dxa"/>
              <w:left w:w="80" w:type="dxa"/>
              <w:bottom w:w="60" w:type="dxa"/>
              <w:right w:w="80" w:type="dxa"/>
            </w:tcMar>
          </w:tcPr>
          <w:p w14:paraId="737F2D2A" w14:textId="77777777" w:rsidR="0038730B" w:rsidRDefault="0038730B" w:rsidP="00633432">
            <w:r>
              <w:rPr>
                <w:sz w:val="16"/>
              </w:rPr>
              <w:t>Factura 4578/2025</w:t>
            </w:r>
          </w:p>
        </w:tc>
      </w:tr>
      <w:tr w:rsidR="0038730B" w14:paraId="1498FB98" w14:textId="77777777" w:rsidTr="00633432">
        <w:trPr>
          <w:jc w:val="center"/>
        </w:trPr>
        <w:tc>
          <w:tcPr>
            <w:tcW w:w="2160" w:type="dxa"/>
            <w:shd w:val="clear" w:color="auto" w:fill="F9FAFC"/>
            <w:tcMar>
              <w:top w:w="60" w:type="dxa"/>
              <w:left w:w="80" w:type="dxa"/>
              <w:bottom w:w="60" w:type="dxa"/>
              <w:right w:w="80" w:type="dxa"/>
            </w:tcMar>
          </w:tcPr>
          <w:p w14:paraId="70AFDEB8" w14:textId="77777777" w:rsidR="0038730B" w:rsidRDefault="0038730B" w:rsidP="00633432">
            <w:r>
              <w:rPr>
                <w:sz w:val="16"/>
              </w:rPr>
              <w:t>FAC -0003-00004522</w:t>
            </w:r>
          </w:p>
        </w:tc>
        <w:tc>
          <w:tcPr>
            <w:tcW w:w="1224" w:type="dxa"/>
            <w:shd w:val="clear" w:color="auto" w:fill="F9FAFC"/>
            <w:tcMar>
              <w:top w:w="60" w:type="dxa"/>
              <w:left w:w="80" w:type="dxa"/>
              <w:bottom w:w="60" w:type="dxa"/>
              <w:right w:w="80" w:type="dxa"/>
            </w:tcMar>
          </w:tcPr>
          <w:p w14:paraId="26001CE0" w14:textId="77777777" w:rsidR="0038730B" w:rsidRDefault="0038730B" w:rsidP="00633432">
            <w:pPr>
              <w:jc w:val="center"/>
            </w:pPr>
            <w:r>
              <w:rPr>
                <w:sz w:val="16"/>
              </w:rPr>
              <w:t>27/10/2025</w:t>
            </w:r>
          </w:p>
        </w:tc>
        <w:tc>
          <w:tcPr>
            <w:tcW w:w="1584" w:type="dxa"/>
            <w:shd w:val="clear" w:color="auto" w:fill="F9FAFC"/>
            <w:tcMar>
              <w:top w:w="60" w:type="dxa"/>
              <w:left w:w="80" w:type="dxa"/>
              <w:bottom w:w="60" w:type="dxa"/>
              <w:right w:w="80" w:type="dxa"/>
            </w:tcMar>
          </w:tcPr>
          <w:p w14:paraId="6D6083BB" w14:textId="77777777" w:rsidR="0038730B" w:rsidRDefault="0038730B" w:rsidP="00633432">
            <w:pPr>
              <w:jc w:val="right"/>
            </w:pPr>
            <w:r>
              <w:rPr>
                <w:b/>
                <w:sz w:val="16"/>
              </w:rPr>
              <w:t>$ 34.700,00</w:t>
            </w:r>
          </w:p>
        </w:tc>
        <w:tc>
          <w:tcPr>
            <w:tcW w:w="1368" w:type="dxa"/>
            <w:shd w:val="clear" w:color="auto" w:fill="F9FAFC"/>
            <w:tcMar>
              <w:top w:w="60" w:type="dxa"/>
              <w:left w:w="80" w:type="dxa"/>
              <w:bottom w:w="60" w:type="dxa"/>
              <w:right w:w="80" w:type="dxa"/>
            </w:tcMar>
          </w:tcPr>
          <w:p w14:paraId="2AAA8C47" w14:textId="77777777" w:rsidR="0038730B" w:rsidRDefault="0038730B" w:rsidP="00633432">
            <w:pPr>
              <w:jc w:val="center"/>
            </w:pPr>
            <w:r>
              <w:rPr>
                <w:sz w:val="16"/>
              </w:rPr>
              <w:t>O.P. 11006</w:t>
            </w:r>
          </w:p>
        </w:tc>
        <w:tc>
          <w:tcPr>
            <w:tcW w:w="1224" w:type="dxa"/>
            <w:shd w:val="clear" w:color="auto" w:fill="F9FAFC"/>
            <w:tcMar>
              <w:top w:w="60" w:type="dxa"/>
              <w:left w:w="80" w:type="dxa"/>
              <w:bottom w:w="60" w:type="dxa"/>
              <w:right w:w="80" w:type="dxa"/>
            </w:tcMar>
          </w:tcPr>
          <w:p w14:paraId="6BD456A2" w14:textId="77777777" w:rsidR="0038730B" w:rsidRDefault="0038730B" w:rsidP="00633432">
            <w:pPr>
              <w:jc w:val="center"/>
            </w:pPr>
            <w:r>
              <w:rPr>
                <w:sz w:val="16"/>
              </w:rPr>
              <w:t>27/10/2025</w:t>
            </w:r>
          </w:p>
        </w:tc>
        <w:tc>
          <w:tcPr>
            <w:tcW w:w="1800" w:type="dxa"/>
            <w:shd w:val="clear" w:color="auto" w:fill="F9FAFC"/>
            <w:tcMar>
              <w:top w:w="60" w:type="dxa"/>
              <w:left w:w="80" w:type="dxa"/>
              <w:bottom w:w="60" w:type="dxa"/>
              <w:right w:w="80" w:type="dxa"/>
            </w:tcMar>
          </w:tcPr>
          <w:p w14:paraId="4C0C72B2" w14:textId="77777777" w:rsidR="0038730B" w:rsidRDefault="0038730B" w:rsidP="00633432">
            <w:r>
              <w:rPr>
                <w:sz w:val="16"/>
              </w:rPr>
              <w:t>Factura 4578/2025</w:t>
            </w:r>
          </w:p>
        </w:tc>
      </w:tr>
      <w:tr w:rsidR="0038730B" w14:paraId="0B43AF9C" w14:textId="77777777" w:rsidTr="00633432">
        <w:trPr>
          <w:jc w:val="center"/>
        </w:trPr>
        <w:tc>
          <w:tcPr>
            <w:tcW w:w="2160" w:type="dxa"/>
            <w:shd w:val="clear" w:color="auto" w:fill="FFFFFF"/>
            <w:tcMar>
              <w:top w:w="60" w:type="dxa"/>
              <w:left w:w="80" w:type="dxa"/>
              <w:bottom w:w="60" w:type="dxa"/>
              <w:right w:w="80" w:type="dxa"/>
            </w:tcMar>
          </w:tcPr>
          <w:p w14:paraId="4BF8C365" w14:textId="77777777" w:rsidR="0038730B" w:rsidRDefault="0038730B" w:rsidP="00633432">
            <w:r>
              <w:rPr>
                <w:sz w:val="16"/>
              </w:rPr>
              <w:t>FAC -0003-00004534</w:t>
            </w:r>
          </w:p>
        </w:tc>
        <w:tc>
          <w:tcPr>
            <w:tcW w:w="1224" w:type="dxa"/>
            <w:shd w:val="clear" w:color="auto" w:fill="FFFFFF"/>
            <w:tcMar>
              <w:top w:w="60" w:type="dxa"/>
              <w:left w:w="80" w:type="dxa"/>
              <w:bottom w:w="60" w:type="dxa"/>
              <w:right w:w="80" w:type="dxa"/>
            </w:tcMar>
          </w:tcPr>
          <w:p w14:paraId="216CD6FB" w14:textId="77777777" w:rsidR="0038730B" w:rsidRDefault="0038730B" w:rsidP="00633432">
            <w:pPr>
              <w:jc w:val="center"/>
            </w:pPr>
            <w:r>
              <w:rPr>
                <w:sz w:val="16"/>
              </w:rPr>
              <w:t>27/10/2025</w:t>
            </w:r>
          </w:p>
        </w:tc>
        <w:tc>
          <w:tcPr>
            <w:tcW w:w="1584" w:type="dxa"/>
            <w:shd w:val="clear" w:color="auto" w:fill="FFFFFF"/>
            <w:tcMar>
              <w:top w:w="60" w:type="dxa"/>
              <w:left w:w="80" w:type="dxa"/>
              <w:bottom w:w="60" w:type="dxa"/>
              <w:right w:w="80" w:type="dxa"/>
            </w:tcMar>
          </w:tcPr>
          <w:p w14:paraId="67801421" w14:textId="77777777" w:rsidR="0038730B" w:rsidRDefault="0038730B" w:rsidP="00633432">
            <w:pPr>
              <w:jc w:val="right"/>
            </w:pPr>
            <w:r>
              <w:rPr>
                <w:b/>
                <w:sz w:val="16"/>
              </w:rPr>
              <w:t>$ 34.700,00</w:t>
            </w:r>
          </w:p>
        </w:tc>
        <w:tc>
          <w:tcPr>
            <w:tcW w:w="1368" w:type="dxa"/>
            <w:shd w:val="clear" w:color="auto" w:fill="FFFFFF"/>
            <w:tcMar>
              <w:top w:w="60" w:type="dxa"/>
              <w:left w:w="80" w:type="dxa"/>
              <w:bottom w:w="60" w:type="dxa"/>
              <w:right w:w="80" w:type="dxa"/>
            </w:tcMar>
          </w:tcPr>
          <w:p w14:paraId="379111A0" w14:textId="77777777" w:rsidR="0038730B" w:rsidRDefault="0038730B" w:rsidP="00633432">
            <w:pPr>
              <w:jc w:val="center"/>
            </w:pPr>
            <w:r>
              <w:rPr>
                <w:sz w:val="16"/>
              </w:rPr>
              <w:t>O.P. 11006</w:t>
            </w:r>
          </w:p>
        </w:tc>
        <w:tc>
          <w:tcPr>
            <w:tcW w:w="1224" w:type="dxa"/>
            <w:shd w:val="clear" w:color="auto" w:fill="FFFFFF"/>
            <w:tcMar>
              <w:top w:w="60" w:type="dxa"/>
              <w:left w:w="80" w:type="dxa"/>
              <w:bottom w:w="60" w:type="dxa"/>
              <w:right w:w="80" w:type="dxa"/>
            </w:tcMar>
          </w:tcPr>
          <w:p w14:paraId="535E0695" w14:textId="77777777" w:rsidR="0038730B" w:rsidRDefault="0038730B" w:rsidP="00633432">
            <w:pPr>
              <w:jc w:val="center"/>
            </w:pPr>
            <w:r>
              <w:rPr>
                <w:sz w:val="16"/>
              </w:rPr>
              <w:t>27/10/2025</w:t>
            </w:r>
          </w:p>
        </w:tc>
        <w:tc>
          <w:tcPr>
            <w:tcW w:w="1800" w:type="dxa"/>
            <w:shd w:val="clear" w:color="auto" w:fill="FFFFFF"/>
            <w:tcMar>
              <w:top w:w="60" w:type="dxa"/>
              <w:left w:w="80" w:type="dxa"/>
              <w:bottom w:w="60" w:type="dxa"/>
              <w:right w:w="80" w:type="dxa"/>
            </w:tcMar>
          </w:tcPr>
          <w:p w14:paraId="592F6BB4" w14:textId="77777777" w:rsidR="0038730B" w:rsidRDefault="0038730B" w:rsidP="00633432">
            <w:r>
              <w:rPr>
                <w:sz w:val="16"/>
              </w:rPr>
              <w:t>Factura 4578/2025</w:t>
            </w:r>
          </w:p>
        </w:tc>
      </w:tr>
      <w:tr w:rsidR="0038730B" w14:paraId="77D95CEF" w14:textId="77777777" w:rsidTr="00633432">
        <w:trPr>
          <w:jc w:val="center"/>
        </w:trPr>
        <w:tc>
          <w:tcPr>
            <w:tcW w:w="2160" w:type="dxa"/>
            <w:shd w:val="clear" w:color="auto" w:fill="F9FAFC"/>
            <w:tcMar>
              <w:top w:w="60" w:type="dxa"/>
              <w:left w:w="80" w:type="dxa"/>
              <w:bottom w:w="60" w:type="dxa"/>
              <w:right w:w="80" w:type="dxa"/>
            </w:tcMar>
          </w:tcPr>
          <w:p w14:paraId="3EB4B7A2" w14:textId="77777777" w:rsidR="0038730B" w:rsidRDefault="0038730B" w:rsidP="00633432">
            <w:r>
              <w:rPr>
                <w:sz w:val="16"/>
              </w:rPr>
              <w:t>FAC -0003-00004546</w:t>
            </w:r>
          </w:p>
        </w:tc>
        <w:tc>
          <w:tcPr>
            <w:tcW w:w="1224" w:type="dxa"/>
            <w:shd w:val="clear" w:color="auto" w:fill="F9FAFC"/>
            <w:tcMar>
              <w:top w:w="60" w:type="dxa"/>
              <w:left w:w="80" w:type="dxa"/>
              <w:bottom w:w="60" w:type="dxa"/>
              <w:right w:w="80" w:type="dxa"/>
            </w:tcMar>
          </w:tcPr>
          <w:p w14:paraId="35F59207" w14:textId="77777777" w:rsidR="0038730B" w:rsidRDefault="0038730B" w:rsidP="00633432">
            <w:pPr>
              <w:jc w:val="center"/>
            </w:pPr>
            <w:r>
              <w:rPr>
                <w:sz w:val="16"/>
              </w:rPr>
              <w:t>27/10/2025</w:t>
            </w:r>
          </w:p>
        </w:tc>
        <w:tc>
          <w:tcPr>
            <w:tcW w:w="1584" w:type="dxa"/>
            <w:shd w:val="clear" w:color="auto" w:fill="F9FAFC"/>
            <w:tcMar>
              <w:top w:w="60" w:type="dxa"/>
              <w:left w:w="80" w:type="dxa"/>
              <w:bottom w:w="60" w:type="dxa"/>
              <w:right w:w="80" w:type="dxa"/>
            </w:tcMar>
          </w:tcPr>
          <w:p w14:paraId="28EFD7A8" w14:textId="77777777" w:rsidR="0038730B" w:rsidRDefault="0038730B" w:rsidP="00633432">
            <w:pPr>
              <w:jc w:val="right"/>
            </w:pPr>
            <w:r>
              <w:rPr>
                <w:b/>
                <w:sz w:val="16"/>
              </w:rPr>
              <w:t>$ 34.700,00</w:t>
            </w:r>
          </w:p>
        </w:tc>
        <w:tc>
          <w:tcPr>
            <w:tcW w:w="1368" w:type="dxa"/>
            <w:shd w:val="clear" w:color="auto" w:fill="F9FAFC"/>
            <w:tcMar>
              <w:top w:w="60" w:type="dxa"/>
              <w:left w:w="80" w:type="dxa"/>
              <w:bottom w:w="60" w:type="dxa"/>
              <w:right w:w="80" w:type="dxa"/>
            </w:tcMar>
          </w:tcPr>
          <w:p w14:paraId="14311BF4" w14:textId="77777777" w:rsidR="0038730B" w:rsidRDefault="0038730B" w:rsidP="00633432">
            <w:pPr>
              <w:jc w:val="center"/>
            </w:pPr>
            <w:r>
              <w:rPr>
                <w:sz w:val="16"/>
              </w:rPr>
              <w:t>O.P. 11006</w:t>
            </w:r>
          </w:p>
        </w:tc>
        <w:tc>
          <w:tcPr>
            <w:tcW w:w="1224" w:type="dxa"/>
            <w:shd w:val="clear" w:color="auto" w:fill="F9FAFC"/>
            <w:tcMar>
              <w:top w:w="60" w:type="dxa"/>
              <w:left w:w="80" w:type="dxa"/>
              <w:bottom w:w="60" w:type="dxa"/>
              <w:right w:w="80" w:type="dxa"/>
            </w:tcMar>
          </w:tcPr>
          <w:p w14:paraId="3B0A23E7" w14:textId="77777777" w:rsidR="0038730B" w:rsidRDefault="0038730B" w:rsidP="00633432">
            <w:pPr>
              <w:jc w:val="center"/>
            </w:pPr>
            <w:r>
              <w:rPr>
                <w:sz w:val="16"/>
              </w:rPr>
              <w:t>27/10/2025</w:t>
            </w:r>
          </w:p>
        </w:tc>
        <w:tc>
          <w:tcPr>
            <w:tcW w:w="1800" w:type="dxa"/>
            <w:shd w:val="clear" w:color="auto" w:fill="F9FAFC"/>
            <w:tcMar>
              <w:top w:w="60" w:type="dxa"/>
              <w:left w:w="80" w:type="dxa"/>
              <w:bottom w:w="60" w:type="dxa"/>
              <w:right w:w="80" w:type="dxa"/>
            </w:tcMar>
          </w:tcPr>
          <w:p w14:paraId="0F101A9B" w14:textId="77777777" w:rsidR="0038730B" w:rsidRDefault="0038730B" w:rsidP="00633432">
            <w:r>
              <w:rPr>
                <w:sz w:val="16"/>
              </w:rPr>
              <w:t>Factura 4578/2025</w:t>
            </w:r>
          </w:p>
        </w:tc>
      </w:tr>
      <w:tr w:rsidR="0038730B" w14:paraId="3B190539" w14:textId="77777777" w:rsidTr="00633432">
        <w:trPr>
          <w:jc w:val="center"/>
        </w:trPr>
        <w:tc>
          <w:tcPr>
            <w:tcW w:w="2160" w:type="dxa"/>
            <w:shd w:val="clear" w:color="auto" w:fill="FFFFFF"/>
            <w:tcMar>
              <w:top w:w="60" w:type="dxa"/>
              <w:left w:w="80" w:type="dxa"/>
              <w:bottom w:w="60" w:type="dxa"/>
              <w:right w:w="80" w:type="dxa"/>
            </w:tcMar>
          </w:tcPr>
          <w:p w14:paraId="68CF389B" w14:textId="77777777" w:rsidR="0038730B" w:rsidRDefault="0038730B" w:rsidP="00633432">
            <w:r>
              <w:rPr>
                <w:sz w:val="16"/>
              </w:rPr>
              <w:t>FAC -0003-00004566</w:t>
            </w:r>
          </w:p>
        </w:tc>
        <w:tc>
          <w:tcPr>
            <w:tcW w:w="1224" w:type="dxa"/>
            <w:shd w:val="clear" w:color="auto" w:fill="FFFFFF"/>
            <w:tcMar>
              <w:top w:w="60" w:type="dxa"/>
              <w:left w:w="80" w:type="dxa"/>
              <w:bottom w:w="60" w:type="dxa"/>
              <w:right w:w="80" w:type="dxa"/>
            </w:tcMar>
          </w:tcPr>
          <w:p w14:paraId="70BB6ED8" w14:textId="77777777" w:rsidR="0038730B" w:rsidRDefault="0038730B" w:rsidP="00633432">
            <w:pPr>
              <w:jc w:val="center"/>
            </w:pPr>
            <w:r>
              <w:rPr>
                <w:sz w:val="16"/>
              </w:rPr>
              <w:t>27/10/2025</w:t>
            </w:r>
          </w:p>
        </w:tc>
        <w:tc>
          <w:tcPr>
            <w:tcW w:w="1584" w:type="dxa"/>
            <w:shd w:val="clear" w:color="auto" w:fill="FFFFFF"/>
            <w:tcMar>
              <w:top w:w="60" w:type="dxa"/>
              <w:left w:w="80" w:type="dxa"/>
              <w:bottom w:w="60" w:type="dxa"/>
              <w:right w:w="80" w:type="dxa"/>
            </w:tcMar>
          </w:tcPr>
          <w:p w14:paraId="61983AD2" w14:textId="77777777" w:rsidR="0038730B" w:rsidRDefault="0038730B" w:rsidP="00633432">
            <w:pPr>
              <w:jc w:val="right"/>
            </w:pPr>
            <w:r>
              <w:rPr>
                <w:b/>
                <w:sz w:val="16"/>
              </w:rPr>
              <w:t>$ 35.050,00</w:t>
            </w:r>
          </w:p>
        </w:tc>
        <w:tc>
          <w:tcPr>
            <w:tcW w:w="1368" w:type="dxa"/>
            <w:shd w:val="clear" w:color="auto" w:fill="FFFFFF"/>
            <w:tcMar>
              <w:top w:w="60" w:type="dxa"/>
              <w:left w:w="80" w:type="dxa"/>
              <w:bottom w:w="60" w:type="dxa"/>
              <w:right w:w="80" w:type="dxa"/>
            </w:tcMar>
          </w:tcPr>
          <w:p w14:paraId="281568ED" w14:textId="77777777" w:rsidR="0038730B" w:rsidRDefault="0038730B" w:rsidP="00633432">
            <w:pPr>
              <w:jc w:val="center"/>
            </w:pPr>
            <w:r>
              <w:rPr>
                <w:sz w:val="16"/>
              </w:rPr>
              <w:t>O.P. 11006</w:t>
            </w:r>
          </w:p>
        </w:tc>
        <w:tc>
          <w:tcPr>
            <w:tcW w:w="1224" w:type="dxa"/>
            <w:shd w:val="clear" w:color="auto" w:fill="FFFFFF"/>
            <w:tcMar>
              <w:top w:w="60" w:type="dxa"/>
              <w:left w:w="80" w:type="dxa"/>
              <w:bottom w:w="60" w:type="dxa"/>
              <w:right w:w="80" w:type="dxa"/>
            </w:tcMar>
          </w:tcPr>
          <w:p w14:paraId="58670F62" w14:textId="77777777" w:rsidR="0038730B" w:rsidRDefault="0038730B" w:rsidP="00633432">
            <w:pPr>
              <w:jc w:val="center"/>
            </w:pPr>
            <w:r>
              <w:rPr>
                <w:sz w:val="16"/>
              </w:rPr>
              <w:t>27/10/2025</w:t>
            </w:r>
          </w:p>
        </w:tc>
        <w:tc>
          <w:tcPr>
            <w:tcW w:w="1800" w:type="dxa"/>
            <w:shd w:val="clear" w:color="auto" w:fill="FFFFFF"/>
            <w:tcMar>
              <w:top w:w="60" w:type="dxa"/>
              <w:left w:w="80" w:type="dxa"/>
              <w:bottom w:w="60" w:type="dxa"/>
              <w:right w:w="80" w:type="dxa"/>
            </w:tcMar>
          </w:tcPr>
          <w:p w14:paraId="04C600CA" w14:textId="77777777" w:rsidR="0038730B" w:rsidRDefault="0038730B" w:rsidP="00633432">
            <w:r>
              <w:rPr>
                <w:sz w:val="16"/>
              </w:rPr>
              <w:t>Factura 4578/2025</w:t>
            </w:r>
          </w:p>
        </w:tc>
      </w:tr>
      <w:tr w:rsidR="0038730B" w14:paraId="72E2EFC3" w14:textId="77777777" w:rsidTr="00633432">
        <w:trPr>
          <w:jc w:val="center"/>
        </w:trPr>
        <w:tc>
          <w:tcPr>
            <w:tcW w:w="2160" w:type="dxa"/>
            <w:shd w:val="clear" w:color="auto" w:fill="F9FAFC"/>
            <w:tcMar>
              <w:top w:w="60" w:type="dxa"/>
              <w:left w:w="80" w:type="dxa"/>
              <w:bottom w:w="60" w:type="dxa"/>
              <w:right w:w="80" w:type="dxa"/>
            </w:tcMar>
          </w:tcPr>
          <w:p w14:paraId="49EA2C41" w14:textId="77777777" w:rsidR="0038730B" w:rsidRDefault="0038730B" w:rsidP="00633432">
            <w:r>
              <w:rPr>
                <w:sz w:val="16"/>
              </w:rPr>
              <w:t>FAC -0003-00004578</w:t>
            </w:r>
          </w:p>
        </w:tc>
        <w:tc>
          <w:tcPr>
            <w:tcW w:w="1224" w:type="dxa"/>
            <w:shd w:val="clear" w:color="auto" w:fill="F9FAFC"/>
            <w:tcMar>
              <w:top w:w="60" w:type="dxa"/>
              <w:left w:w="80" w:type="dxa"/>
              <w:bottom w:w="60" w:type="dxa"/>
              <w:right w:w="80" w:type="dxa"/>
            </w:tcMar>
          </w:tcPr>
          <w:p w14:paraId="37B09D92" w14:textId="77777777" w:rsidR="0038730B" w:rsidRDefault="0038730B" w:rsidP="00633432">
            <w:pPr>
              <w:jc w:val="center"/>
            </w:pPr>
            <w:r>
              <w:rPr>
                <w:sz w:val="16"/>
              </w:rPr>
              <w:t>27/10/2025</w:t>
            </w:r>
          </w:p>
        </w:tc>
        <w:tc>
          <w:tcPr>
            <w:tcW w:w="1584" w:type="dxa"/>
            <w:shd w:val="clear" w:color="auto" w:fill="F9FAFC"/>
            <w:tcMar>
              <w:top w:w="60" w:type="dxa"/>
              <w:left w:w="80" w:type="dxa"/>
              <w:bottom w:w="60" w:type="dxa"/>
              <w:right w:w="80" w:type="dxa"/>
            </w:tcMar>
          </w:tcPr>
          <w:p w14:paraId="0D99A95B" w14:textId="77777777" w:rsidR="0038730B" w:rsidRDefault="0038730B" w:rsidP="00633432">
            <w:pPr>
              <w:jc w:val="right"/>
            </w:pPr>
            <w:r>
              <w:rPr>
                <w:b/>
                <w:sz w:val="16"/>
              </w:rPr>
              <w:t>$ 35.050,00</w:t>
            </w:r>
          </w:p>
        </w:tc>
        <w:tc>
          <w:tcPr>
            <w:tcW w:w="1368" w:type="dxa"/>
            <w:shd w:val="clear" w:color="auto" w:fill="F9FAFC"/>
            <w:tcMar>
              <w:top w:w="60" w:type="dxa"/>
              <w:left w:w="80" w:type="dxa"/>
              <w:bottom w:w="60" w:type="dxa"/>
              <w:right w:w="80" w:type="dxa"/>
            </w:tcMar>
          </w:tcPr>
          <w:p w14:paraId="5B02CE31" w14:textId="77777777" w:rsidR="0038730B" w:rsidRDefault="0038730B" w:rsidP="00633432">
            <w:pPr>
              <w:jc w:val="center"/>
            </w:pPr>
            <w:r>
              <w:rPr>
                <w:sz w:val="16"/>
              </w:rPr>
              <w:t>O.P. 11006</w:t>
            </w:r>
          </w:p>
        </w:tc>
        <w:tc>
          <w:tcPr>
            <w:tcW w:w="1224" w:type="dxa"/>
            <w:shd w:val="clear" w:color="auto" w:fill="F9FAFC"/>
            <w:tcMar>
              <w:top w:w="60" w:type="dxa"/>
              <w:left w:w="80" w:type="dxa"/>
              <w:bottom w:w="60" w:type="dxa"/>
              <w:right w:w="80" w:type="dxa"/>
            </w:tcMar>
          </w:tcPr>
          <w:p w14:paraId="15AD083E" w14:textId="77777777" w:rsidR="0038730B" w:rsidRDefault="0038730B" w:rsidP="00633432">
            <w:pPr>
              <w:jc w:val="center"/>
            </w:pPr>
            <w:r>
              <w:rPr>
                <w:sz w:val="16"/>
              </w:rPr>
              <w:t>27/10/2025</w:t>
            </w:r>
          </w:p>
        </w:tc>
        <w:tc>
          <w:tcPr>
            <w:tcW w:w="1800" w:type="dxa"/>
            <w:shd w:val="clear" w:color="auto" w:fill="F9FAFC"/>
            <w:tcMar>
              <w:top w:w="60" w:type="dxa"/>
              <w:left w:w="80" w:type="dxa"/>
              <w:bottom w:w="60" w:type="dxa"/>
              <w:right w:w="80" w:type="dxa"/>
            </w:tcMar>
          </w:tcPr>
          <w:p w14:paraId="2A21EF38" w14:textId="77777777" w:rsidR="0038730B" w:rsidRDefault="0038730B" w:rsidP="00633432">
            <w:r>
              <w:rPr>
                <w:sz w:val="16"/>
              </w:rPr>
              <w:t>Factura 4578/2025</w:t>
            </w:r>
          </w:p>
        </w:tc>
      </w:tr>
      <w:tr w:rsidR="0038730B" w14:paraId="320ED3A2" w14:textId="77777777" w:rsidTr="00633432">
        <w:trPr>
          <w:jc w:val="center"/>
        </w:trPr>
        <w:tc>
          <w:tcPr>
            <w:tcW w:w="2160" w:type="dxa"/>
            <w:shd w:val="clear" w:color="auto" w:fill="FFFFFF"/>
            <w:tcMar>
              <w:top w:w="60" w:type="dxa"/>
              <w:left w:w="80" w:type="dxa"/>
              <w:bottom w:w="60" w:type="dxa"/>
              <w:right w:w="80" w:type="dxa"/>
            </w:tcMar>
          </w:tcPr>
          <w:p w14:paraId="0715036E" w14:textId="77777777" w:rsidR="0038730B" w:rsidRDefault="0038730B" w:rsidP="00633432">
            <w:r>
              <w:rPr>
                <w:sz w:val="16"/>
              </w:rPr>
              <w:t>COM -2025-00000011</w:t>
            </w:r>
          </w:p>
        </w:tc>
        <w:tc>
          <w:tcPr>
            <w:tcW w:w="1224" w:type="dxa"/>
            <w:shd w:val="clear" w:color="auto" w:fill="FFFFFF"/>
            <w:tcMar>
              <w:top w:w="60" w:type="dxa"/>
              <w:left w:w="80" w:type="dxa"/>
              <w:bottom w:w="60" w:type="dxa"/>
              <w:right w:w="80" w:type="dxa"/>
            </w:tcMar>
          </w:tcPr>
          <w:p w14:paraId="4C31428A" w14:textId="77777777" w:rsidR="0038730B" w:rsidRDefault="0038730B" w:rsidP="00633432">
            <w:pPr>
              <w:jc w:val="center"/>
            </w:pPr>
            <w:r>
              <w:rPr>
                <w:sz w:val="16"/>
              </w:rPr>
              <w:t>30/10/2025</w:t>
            </w:r>
          </w:p>
        </w:tc>
        <w:tc>
          <w:tcPr>
            <w:tcW w:w="1584" w:type="dxa"/>
            <w:shd w:val="clear" w:color="auto" w:fill="FFFFFF"/>
            <w:tcMar>
              <w:top w:w="60" w:type="dxa"/>
              <w:left w:w="80" w:type="dxa"/>
              <w:bottom w:w="60" w:type="dxa"/>
              <w:right w:w="80" w:type="dxa"/>
            </w:tcMar>
          </w:tcPr>
          <w:p w14:paraId="18D28F16" w14:textId="77777777" w:rsidR="0038730B" w:rsidRDefault="0038730B" w:rsidP="00633432">
            <w:pPr>
              <w:jc w:val="right"/>
            </w:pPr>
            <w:r>
              <w:rPr>
                <w:b/>
                <w:sz w:val="16"/>
              </w:rPr>
              <w:t>$ 7.722,90</w:t>
            </w:r>
          </w:p>
        </w:tc>
        <w:tc>
          <w:tcPr>
            <w:tcW w:w="1368" w:type="dxa"/>
            <w:shd w:val="clear" w:color="auto" w:fill="FFFFFF"/>
            <w:tcMar>
              <w:top w:w="60" w:type="dxa"/>
              <w:left w:w="80" w:type="dxa"/>
              <w:bottom w:w="60" w:type="dxa"/>
              <w:right w:w="80" w:type="dxa"/>
            </w:tcMar>
          </w:tcPr>
          <w:p w14:paraId="60C8087F" w14:textId="77777777" w:rsidR="0038730B" w:rsidRDefault="0038730B" w:rsidP="00633432">
            <w:pPr>
              <w:jc w:val="center"/>
            </w:pPr>
            <w:r>
              <w:rPr>
                <w:sz w:val="16"/>
              </w:rPr>
              <w:t>O.P. 11034</w:t>
            </w:r>
          </w:p>
        </w:tc>
        <w:tc>
          <w:tcPr>
            <w:tcW w:w="1224" w:type="dxa"/>
            <w:shd w:val="clear" w:color="auto" w:fill="FFFFFF"/>
            <w:tcMar>
              <w:top w:w="60" w:type="dxa"/>
              <w:left w:w="80" w:type="dxa"/>
              <w:bottom w:w="60" w:type="dxa"/>
              <w:right w:w="80" w:type="dxa"/>
            </w:tcMar>
          </w:tcPr>
          <w:p w14:paraId="74FAD13E" w14:textId="77777777" w:rsidR="0038730B" w:rsidRDefault="0038730B" w:rsidP="00633432">
            <w:pPr>
              <w:jc w:val="center"/>
            </w:pPr>
            <w:r>
              <w:rPr>
                <w:sz w:val="16"/>
              </w:rPr>
              <w:t>30/10/2025</w:t>
            </w:r>
          </w:p>
        </w:tc>
        <w:tc>
          <w:tcPr>
            <w:tcW w:w="1800" w:type="dxa"/>
            <w:shd w:val="clear" w:color="auto" w:fill="FFFFFF"/>
            <w:tcMar>
              <w:top w:w="60" w:type="dxa"/>
              <w:left w:w="80" w:type="dxa"/>
              <w:bottom w:w="60" w:type="dxa"/>
              <w:right w:w="80" w:type="dxa"/>
            </w:tcMar>
          </w:tcPr>
          <w:p w14:paraId="553A20F2" w14:textId="77777777" w:rsidR="0038730B" w:rsidRDefault="0038730B" w:rsidP="00633432">
            <w:proofErr w:type="spellStart"/>
            <w:r>
              <w:rPr>
                <w:sz w:val="16"/>
              </w:rPr>
              <w:t>Expediente</w:t>
            </w:r>
            <w:proofErr w:type="spellEnd"/>
            <w:r>
              <w:rPr>
                <w:sz w:val="16"/>
              </w:rPr>
              <w:t xml:space="preserve"> 3454/2025</w:t>
            </w:r>
          </w:p>
        </w:tc>
      </w:tr>
      <w:tr w:rsidR="0038730B" w14:paraId="6FB66227" w14:textId="77777777" w:rsidTr="00633432">
        <w:trPr>
          <w:jc w:val="center"/>
        </w:trPr>
        <w:tc>
          <w:tcPr>
            <w:tcW w:w="2160" w:type="dxa"/>
            <w:shd w:val="clear" w:color="auto" w:fill="F9FAFC"/>
            <w:tcMar>
              <w:top w:w="60" w:type="dxa"/>
              <w:left w:w="80" w:type="dxa"/>
              <w:bottom w:w="60" w:type="dxa"/>
              <w:right w:w="80" w:type="dxa"/>
            </w:tcMar>
          </w:tcPr>
          <w:p w14:paraId="7DD9C105" w14:textId="77777777" w:rsidR="0038730B" w:rsidRDefault="0038730B" w:rsidP="00633432">
            <w:r>
              <w:rPr>
                <w:sz w:val="16"/>
              </w:rPr>
              <w:t>COM -2025-00000012</w:t>
            </w:r>
          </w:p>
        </w:tc>
        <w:tc>
          <w:tcPr>
            <w:tcW w:w="1224" w:type="dxa"/>
            <w:shd w:val="clear" w:color="auto" w:fill="F9FAFC"/>
            <w:tcMar>
              <w:top w:w="60" w:type="dxa"/>
              <w:left w:w="80" w:type="dxa"/>
              <w:bottom w:w="60" w:type="dxa"/>
              <w:right w:w="80" w:type="dxa"/>
            </w:tcMar>
          </w:tcPr>
          <w:p w14:paraId="25CECE7C" w14:textId="77777777" w:rsidR="0038730B" w:rsidRDefault="0038730B" w:rsidP="00633432">
            <w:pPr>
              <w:jc w:val="center"/>
            </w:pPr>
            <w:r>
              <w:rPr>
                <w:sz w:val="16"/>
              </w:rPr>
              <w:t>30/10/2025</w:t>
            </w:r>
          </w:p>
        </w:tc>
        <w:tc>
          <w:tcPr>
            <w:tcW w:w="1584" w:type="dxa"/>
            <w:shd w:val="clear" w:color="auto" w:fill="F9FAFC"/>
            <w:tcMar>
              <w:top w:w="60" w:type="dxa"/>
              <w:left w:w="80" w:type="dxa"/>
              <w:bottom w:w="60" w:type="dxa"/>
              <w:right w:w="80" w:type="dxa"/>
            </w:tcMar>
          </w:tcPr>
          <w:p w14:paraId="09D433A8" w14:textId="77777777" w:rsidR="0038730B" w:rsidRDefault="0038730B" w:rsidP="00633432">
            <w:pPr>
              <w:jc w:val="right"/>
            </w:pPr>
            <w:r>
              <w:rPr>
                <w:b/>
                <w:sz w:val="16"/>
              </w:rPr>
              <w:t>$ 7.722,90</w:t>
            </w:r>
          </w:p>
        </w:tc>
        <w:tc>
          <w:tcPr>
            <w:tcW w:w="1368" w:type="dxa"/>
            <w:shd w:val="clear" w:color="auto" w:fill="F9FAFC"/>
            <w:tcMar>
              <w:top w:w="60" w:type="dxa"/>
              <w:left w:w="80" w:type="dxa"/>
              <w:bottom w:w="60" w:type="dxa"/>
              <w:right w:w="80" w:type="dxa"/>
            </w:tcMar>
          </w:tcPr>
          <w:p w14:paraId="2CCE67E2" w14:textId="77777777" w:rsidR="0038730B" w:rsidRDefault="0038730B" w:rsidP="00633432">
            <w:pPr>
              <w:jc w:val="center"/>
            </w:pPr>
            <w:r>
              <w:rPr>
                <w:sz w:val="16"/>
              </w:rPr>
              <w:t>O.P. 11035</w:t>
            </w:r>
          </w:p>
        </w:tc>
        <w:tc>
          <w:tcPr>
            <w:tcW w:w="1224" w:type="dxa"/>
            <w:shd w:val="clear" w:color="auto" w:fill="F9FAFC"/>
            <w:tcMar>
              <w:top w:w="60" w:type="dxa"/>
              <w:left w:w="80" w:type="dxa"/>
              <w:bottom w:w="60" w:type="dxa"/>
              <w:right w:w="80" w:type="dxa"/>
            </w:tcMar>
          </w:tcPr>
          <w:p w14:paraId="05741741" w14:textId="77777777" w:rsidR="0038730B" w:rsidRDefault="0038730B" w:rsidP="00633432">
            <w:pPr>
              <w:jc w:val="center"/>
            </w:pPr>
            <w:r>
              <w:rPr>
                <w:sz w:val="16"/>
              </w:rPr>
              <w:t>30/10/2025</w:t>
            </w:r>
          </w:p>
        </w:tc>
        <w:tc>
          <w:tcPr>
            <w:tcW w:w="1800" w:type="dxa"/>
            <w:shd w:val="clear" w:color="auto" w:fill="F9FAFC"/>
            <w:tcMar>
              <w:top w:w="60" w:type="dxa"/>
              <w:left w:w="80" w:type="dxa"/>
              <w:bottom w:w="60" w:type="dxa"/>
              <w:right w:w="80" w:type="dxa"/>
            </w:tcMar>
          </w:tcPr>
          <w:p w14:paraId="51ACDD66" w14:textId="77777777" w:rsidR="0038730B" w:rsidRDefault="0038730B" w:rsidP="00633432">
            <w:proofErr w:type="spellStart"/>
            <w:r>
              <w:rPr>
                <w:sz w:val="16"/>
              </w:rPr>
              <w:t>Expediente</w:t>
            </w:r>
            <w:proofErr w:type="spellEnd"/>
            <w:r>
              <w:rPr>
                <w:sz w:val="16"/>
              </w:rPr>
              <w:t xml:space="preserve"> 34751/2025</w:t>
            </w:r>
          </w:p>
        </w:tc>
      </w:tr>
      <w:tr w:rsidR="0038730B" w14:paraId="50BCE243" w14:textId="77777777" w:rsidTr="00633432">
        <w:trPr>
          <w:jc w:val="center"/>
        </w:trPr>
        <w:tc>
          <w:tcPr>
            <w:tcW w:w="2160" w:type="dxa"/>
            <w:shd w:val="clear" w:color="auto" w:fill="FFFFFF"/>
            <w:tcMar>
              <w:top w:w="60" w:type="dxa"/>
              <w:left w:w="80" w:type="dxa"/>
              <w:bottom w:w="60" w:type="dxa"/>
              <w:right w:w="80" w:type="dxa"/>
            </w:tcMar>
          </w:tcPr>
          <w:p w14:paraId="42E052AD" w14:textId="77777777" w:rsidR="0038730B" w:rsidRDefault="0038730B" w:rsidP="00633432">
            <w:r>
              <w:rPr>
                <w:sz w:val="16"/>
              </w:rPr>
              <w:t>TKT -0009-00020830</w:t>
            </w:r>
          </w:p>
        </w:tc>
        <w:tc>
          <w:tcPr>
            <w:tcW w:w="1224" w:type="dxa"/>
            <w:shd w:val="clear" w:color="auto" w:fill="FFFFFF"/>
            <w:tcMar>
              <w:top w:w="60" w:type="dxa"/>
              <w:left w:w="80" w:type="dxa"/>
              <w:bottom w:w="60" w:type="dxa"/>
              <w:right w:w="80" w:type="dxa"/>
            </w:tcMar>
          </w:tcPr>
          <w:p w14:paraId="32D08EE4" w14:textId="77777777" w:rsidR="0038730B" w:rsidRDefault="0038730B" w:rsidP="00633432">
            <w:pPr>
              <w:jc w:val="center"/>
            </w:pPr>
            <w:r>
              <w:rPr>
                <w:sz w:val="16"/>
              </w:rPr>
              <w:t>04/12/2025</w:t>
            </w:r>
          </w:p>
        </w:tc>
        <w:tc>
          <w:tcPr>
            <w:tcW w:w="1584" w:type="dxa"/>
            <w:shd w:val="clear" w:color="auto" w:fill="FFFFFF"/>
            <w:tcMar>
              <w:top w:w="60" w:type="dxa"/>
              <w:left w:w="80" w:type="dxa"/>
              <w:bottom w:w="60" w:type="dxa"/>
              <w:right w:w="80" w:type="dxa"/>
            </w:tcMar>
          </w:tcPr>
          <w:p w14:paraId="060684B8" w14:textId="77777777" w:rsidR="0038730B" w:rsidRDefault="0038730B" w:rsidP="00633432">
            <w:pPr>
              <w:jc w:val="right"/>
            </w:pPr>
            <w:r>
              <w:rPr>
                <w:b/>
                <w:sz w:val="16"/>
              </w:rPr>
              <w:t>$ 205.350,08</w:t>
            </w:r>
          </w:p>
        </w:tc>
        <w:tc>
          <w:tcPr>
            <w:tcW w:w="1368" w:type="dxa"/>
            <w:shd w:val="clear" w:color="auto" w:fill="FFFFFF"/>
            <w:tcMar>
              <w:top w:w="60" w:type="dxa"/>
              <w:left w:w="80" w:type="dxa"/>
              <w:bottom w:w="60" w:type="dxa"/>
              <w:right w:w="80" w:type="dxa"/>
            </w:tcMar>
          </w:tcPr>
          <w:p w14:paraId="431E29B0" w14:textId="77777777" w:rsidR="0038730B" w:rsidRDefault="0038730B" w:rsidP="00633432">
            <w:pPr>
              <w:jc w:val="center"/>
            </w:pPr>
            <w:r>
              <w:rPr>
                <w:sz w:val="16"/>
              </w:rPr>
              <w:t>O.P. 12055</w:t>
            </w:r>
          </w:p>
        </w:tc>
        <w:tc>
          <w:tcPr>
            <w:tcW w:w="1224" w:type="dxa"/>
            <w:shd w:val="clear" w:color="auto" w:fill="FFFFFF"/>
            <w:tcMar>
              <w:top w:w="60" w:type="dxa"/>
              <w:left w:w="80" w:type="dxa"/>
              <w:bottom w:w="60" w:type="dxa"/>
              <w:right w:w="80" w:type="dxa"/>
            </w:tcMar>
          </w:tcPr>
          <w:p w14:paraId="77320A2B" w14:textId="77777777" w:rsidR="0038730B" w:rsidRDefault="0038730B" w:rsidP="00633432">
            <w:pPr>
              <w:jc w:val="center"/>
            </w:pPr>
            <w:r>
              <w:rPr>
                <w:sz w:val="16"/>
              </w:rPr>
              <w:t>04/12/2025</w:t>
            </w:r>
          </w:p>
        </w:tc>
        <w:tc>
          <w:tcPr>
            <w:tcW w:w="1800" w:type="dxa"/>
            <w:shd w:val="clear" w:color="auto" w:fill="FFFFFF"/>
            <w:tcMar>
              <w:top w:w="60" w:type="dxa"/>
              <w:left w:w="80" w:type="dxa"/>
              <w:bottom w:w="60" w:type="dxa"/>
              <w:right w:w="80" w:type="dxa"/>
            </w:tcMar>
          </w:tcPr>
          <w:p w14:paraId="55BD0D87" w14:textId="77777777" w:rsidR="0038730B" w:rsidRDefault="0038730B" w:rsidP="00633432">
            <w:r>
              <w:rPr>
                <w:sz w:val="16"/>
              </w:rPr>
              <w:t>Factura 20830/2025</w:t>
            </w:r>
          </w:p>
        </w:tc>
      </w:tr>
      <w:tr w:rsidR="0038730B" w14:paraId="273E618D" w14:textId="77777777" w:rsidTr="00633432">
        <w:trPr>
          <w:jc w:val="center"/>
        </w:trPr>
        <w:tc>
          <w:tcPr>
            <w:tcW w:w="2160" w:type="dxa"/>
            <w:shd w:val="clear" w:color="auto" w:fill="F9FAFC"/>
            <w:tcMar>
              <w:top w:w="60" w:type="dxa"/>
              <w:left w:w="80" w:type="dxa"/>
              <w:bottom w:w="60" w:type="dxa"/>
              <w:right w:w="80" w:type="dxa"/>
            </w:tcMar>
          </w:tcPr>
          <w:p w14:paraId="79410598" w14:textId="77777777" w:rsidR="0038730B" w:rsidRDefault="0038730B" w:rsidP="00633432">
            <w:r>
              <w:rPr>
                <w:sz w:val="16"/>
              </w:rPr>
              <w:lastRenderedPageBreak/>
              <w:t>FAC -0003-00004602</w:t>
            </w:r>
          </w:p>
        </w:tc>
        <w:tc>
          <w:tcPr>
            <w:tcW w:w="1224" w:type="dxa"/>
            <w:shd w:val="clear" w:color="auto" w:fill="F9FAFC"/>
            <w:tcMar>
              <w:top w:w="60" w:type="dxa"/>
              <w:left w:w="80" w:type="dxa"/>
              <w:bottom w:w="60" w:type="dxa"/>
              <w:right w:w="80" w:type="dxa"/>
            </w:tcMar>
          </w:tcPr>
          <w:p w14:paraId="4E808F94" w14:textId="77777777" w:rsidR="0038730B" w:rsidRDefault="0038730B" w:rsidP="00633432">
            <w:pPr>
              <w:jc w:val="center"/>
            </w:pPr>
            <w:r>
              <w:rPr>
                <w:sz w:val="16"/>
              </w:rPr>
              <w:t>29/12/2025</w:t>
            </w:r>
          </w:p>
        </w:tc>
        <w:tc>
          <w:tcPr>
            <w:tcW w:w="1584" w:type="dxa"/>
            <w:shd w:val="clear" w:color="auto" w:fill="F9FAFC"/>
            <w:tcMar>
              <w:top w:w="60" w:type="dxa"/>
              <w:left w:w="80" w:type="dxa"/>
              <w:bottom w:w="60" w:type="dxa"/>
              <w:right w:w="80" w:type="dxa"/>
            </w:tcMar>
          </w:tcPr>
          <w:p w14:paraId="3511083E" w14:textId="77777777" w:rsidR="0038730B" w:rsidRDefault="0038730B" w:rsidP="00633432">
            <w:pPr>
              <w:jc w:val="right"/>
            </w:pPr>
            <w:r>
              <w:rPr>
                <w:b/>
                <w:sz w:val="16"/>
              </w:rPr>
              <w:t>$ 48.000,00</w:t>
            </w:r>
          </w:p>
        </w:tc>
        <w:tc>
          <w:tcPr>
            <w:tcW w:w="1368" w:type="dxa"/>
            <w:shd w:val="clear" w:color="auto" w:fill="F9FAFC"/>
            <w:tcMar>
              <w:top w:w="60" w:type="dxa"/>
              <w:left w:w="80" w:type="dxa"/>
              <w:bottom w:w="60" w:type="dxa"/>
              <w:right w:w="80" w:type="dxa"/>
            </w:tcMar>
          </w:tcPr>
          <w:p w14:paraId="69760671" w14:textId="77777777" w:rsidR="0038730B" w:rsidRDefault="0038730B" w:rsidP="00633432">
            <w:pPr>
              <w:jc w:val="center"/>
            </w:pPr>
            <w:r>
              <w:rPr>
                <w:sz w:val="16"/>
              </w:rPr>
              <w:t>O.P. 12832</w:t>
            </w:r>
          </w:p>
        </w:tc>
        <w:tc>
          <w:tcPr>
            <w:tcW w:w="1224" w:type="dxa"/>
            <w:shd w:val="clear" w:color="auto" w:fill="F9FAFC"/>
            <w:tcMar>
              <w:top w:w="60" w:type="dxa"/>
              <w:left w:w="80" w:type="dxa"/>
              <w:bottom w:w="60" w:type="dxa"/>
              <w:right w:w="80" w:type="dxa"/>
            </w:tcMar>
          </w:tcPr>
          <w:p w14:paraId="6FE207AC" w14:textId="77777777" w:rsidR="0038730B" w:rsidRDefault="0038730B" w:rsidP="00633432">
            <w:pPr>
              <w:jc w:val="center"/>
            </w:pPr>
            <w:r>
              <w:rPr>
                <w:sz w:val="16"/>
              </w:rPr>
              <w:t>29/12/2025</w:t>
            </w:r>
          </w:p>
        </w:tc>
        <w:tc>
          <w:tcPr>
            <w:tcW w:w="1800" w:type="dxa"/>
            <w:shd w:val="clear" w:color="auto" w:fill="F9FAFC"/>
            <w:tcMar>
              <w:top w:w="60" w:type="dxa"/>
              <w:left w:w="80" w:type="dxa"/>
              <w:bottom w:w="60" w:type="dxa"/>
              <w:right w:w="80" w:type="dxa"/>
            </w:tcMar>
          </w:tcPr>
          <w:p w14:paraId="4D4D3D88" w14:textId="77777777" w:rsidR="0038730B" w:rsidRDefault="0038730B" w:rsidP="00633432">
            <w:r>
              <w:rPr>
                <w:sz w:val="16"/>
              </w:rPr>
              <w:t>Factura 4660/2025</w:t>
            </w:r>
          </w:p>
        </w:tc>
      </w:tr>
      <w:tr w:rsidR="0038730B" w14:paraId="698FF061" w14:textId="77777777" w:rsidTr="00633432">
        <w:trPr>
          <w:jc w:val="center"/>
        </w:trPr>
        <w:tc>
          <w:tcPr>
            <w:tcW w:w="2160" w:type="dxa"/>
            <w:shd w:val="clear" w:color="auto" w:fill="FFFFFF"/>
            <w:tcMar>
              <w:top w:w="60" w:type="dxa"/>
              <w:left w:w="80" w:type="dxa"/>
              <w:bottom w:w="60" w:type="dxa"/>
              <w:right w:w="80" w:type="dxa"/>
            </w:tcMar>
          </w:tcPr>
          <w:p w14:paraId="1F311B37" w14:textId="77777777" w:rsidR="0038730B" w:rsidRDefault="0038730B" w:rsidP="00633432">
            <w:r>
              <w:rPr>
                <w:sz w:val="16"/>
              </w:rPr>
              <w:t>FAC -0003-00004612</w:t>
            </w:r>
          </w:p>
        </w:tc>
        <w:tc>
          <w:tcPr>
            <w:tcW w:w="1224" w:type="dxa"/>
            <w:shd w:val="clear" w:color="auto" w:fill="FFFFFF"/>
            <w:tcMar>
              <w:top w:w="60" w:type="dxa"/>
              <w:left w:w="80" w:type="dxa"/>
              <w:bottom w:w="60" w:type="dxa"/>
              <w:right w:w="80" w:type="dxa"/>
            </w:tcMar>
          </w:tcPr>
          <w:p w14:paraId="39EDE147" w14:textId="77777777" w:rsidR="0038730B" w:rsidRDefault="0038730B" w:rsidP="00633432">
            <w:pPr>
              <w:jc w:val="center"/>
            </w:pPr>
            <w:r>
              <w:rPr>
                <w:sz w:val="16"/>
              </w:rPr>
              <w:t>29/12/2025</w:t>
            </w:r>
          </w:p>
        </w:tc>
        <w:tc>
          <w:tcPr>
            <w:tcW w:w="1584" w:type="dxa"/>
            <w:shd w:val="clear" w:color="auto" w:fill="FFFFFF"/>
            <w:tcMar>
              <w:top w:w="60" w:type="dxa"/>
              <w:left w:w="80" w:type="dxa"/>
              <w:bottom w:w="60" w:type="dxa"/>
              <w:right w:w="80" w:type="dxa"/>
            </w:tcMar>
          </w:tcPr>
          <w:p w14:paraId="75E82187" w14:textId="77777777" w:rsidR="0038730B" w:rsidRDefault="0038730B" w:rsidP="00633432">
            <w:pPr>
              <w:jc w:val="right"/>
            </w:pPr>
            <w:r>
              <w:rPr>
                <w:b/>
                <w:sz w:val="16"/>
              </w:rPr>
              <w:t>$ 35.150,00</w:t>
            </w:r>
          </w:p>
        </w:tc>
        <w:tc>
          <w:tcPr>
            <w:tcW w:w="1368" w:type="dxa"/>
            <w:shd w:val="clear" w:color="auto" w:fill="FFFFFF"/>
            <w:tcMar>
              <w:top w:w="60" w:type="dxa"/>
              <w:left w:w="80" w:type="dxa"/>
              <w:bottom w:w="60" w:type="dxa"/>
              <w:right w:w="80" w:type="dxa"/>
            </w:tcMar>
          </w:tcPr>
          <w:p w14:paraId="655B35D8" w14:textId="77777777" w:rsidR="0038730B" w:rsidRDefault="0038730B" w:rsidP="00633432">
            <w:pPr>
              <w:jc w:val="center"/>
            </w:pPr>
            <w:r>
              <w:rPr>
                <w:sz w:val="16"/>
              </w:rPr>
              <w:t>O.P. 12832</w:t>
            </w:r>
          </w:p>
        </w:tc>
        <w:tc>
          <w:tcPr>
            <w:tcW w:w="1224" w:type="dxa"/>
            <w:shd w:val="clear" w:color="auto" w:fill="FFFFFF"/>
            <w:tcMar>
              <w:top w:w="60" w:type="dxa"/>
              <w:left w:w="80" w:type="dxa"/>
              <w:bottom w:w="60" w:type="dxa"/>
              <w:right w:w="80" w:type="dxa"/>
            </w:tcMar>
          </w:tcPr>
          <w:p w14:paraId="772D9EC5" w14:textId="77777777" w:rsidR="0038730B" w:rsidRDefault="0038730B" w:rsidP="00633432">
            <w:pPr>
              <w:jc w:val="center"/>
            </w:pPr>
            <w:r>
              <w:rPr>
                <w:sz w:val="16"/>
              </w:rPr>
              <w:t>29/12/2025</w:t>
            </w:r>
          </w:p>
        </w:tc>
        <w:tc>
          <w:tcPr>
            <w:tcW w:w="1800" w:type="dxa"/>
            <w:shd w:val="clear" w:color="auto" w:fill="FFFFFF"/>
            <w:tcMar>
              <w:top w:w="60" w:type="dxa"/>
              <w:left w:w="80" w:type="dxa"/>
              <w:bottom w:w="60" w:type="dxa"/>
              <w:right w:w="80" w:type="dxa"/>
            </w:tcMar>
          </w:tcPr>
          <w:p w14:paraId="2C30DCB6" w14:textId="77777777" w:rsidR="0038730B" w:rsidRDefault="0038730B" w:rsidP="00633432">
            <w:r>
              <w:rPr>
                <w:sz w:val="16"/>
              </w:rPr>
              <w:t>Factura 4660/2025</w:t>
            </w:r>
          </w:p>
        </w:tc>
      </w:tr>
      <w:tr w:rsidR="0038730B" w14:paraId="47692FCD" w14:textId="77777777" w:rsidTr="00633432">
        <w:trPr>
          <w:jc w:val="center"/>
        </w:trPr>
        <w:tc>
          <w:tcPr>
            <w:tcW w:w="2160" w:type="dxa"/>
            <w:shd w:val="clear" w:color="auto" w:fill="F9FAFC"/>
            <w:tcMar>
              <w:top w:w="60" w:type="dxa"/>
              <w:left w:w="80" w:type="dxa"/>
              <w:bottom w:w="60" w:type="dxa"/>
              <w:right w:w="80" w:type="dxa"/>
            </w:tcMar>
          </w:tcPr>
          <w:p w14:paraId="5205B744" w14:textId="77777777" w:rsidR="0038730B" w:rsidRDefault="0038730B" w:rsidP="00633432">
            <w:r>
              <w:rPr>
                <w:sz w:val="16"/>
              </w:rPr>
              <w:t>FAC -0003-00004636</w:t>
            </w:r>
          </w:p>
        </w:tc>
        <w:tc>
          <w:tcPr>
            <w:tcW w:w="1224" w:type="dxa"/>
            <w:shd w:val="clear" w:color="auto" w:fill="F9FAFC"/>
            <w:tcMar>
              <w:top w:w="60" w:type="dxa"/>
              <w:left w:w="80" w:type="dxa"/>
              <w:bottom w:w="60" w:type="dxa"/>
              <w:right w:w="80" w:type="dxa"/>
            </w:tcMar>
          </w:tcPr>
          <w:p w14:paraId="40549979" w14:textId="77777777" w:rsidR="0038730B" w:rsidRDefault="0038730B" w:rsidP="00633432">
            <w:pPr>
              <w:jc w:val="center"/>
            </w:pPr>
            <w:r>
              <w:rPr>
                <w:sz w:val="16"/>
              </w:rPr>
              <w:t>29/12/2025</w:t>
            </w:r>
          </w:p>
        </w:tc>
        <w:tc>
          <w:tcPr>
            <w:tcW w:w="1584" w:type="dxa"/>
            <w:shd w:val="clear" w:color="auto" w:fill="F9FAFC"/>
            <w:tcMar>
              <w:top w:w="60" w:type="dxa"/>
              <w:left w:w="80" w:type="dxa"/>
              <w:bottom w:w="60" w:type="dxa"/>
              <w:right w:w="80" w:type="dxa"/>
            </w:tcMar>
          </w:tcPr>
          <w:p w14:paraId="089094C5" w14:textId="77777777" w:rsidR="0038730B" w:rsidRDefault="0038730B" w:rsidP="00633432">
            <w:pPr>
              <w:jc w:val="right"/>
            </w:pPr>
            <w:r>
              <w:rPr>
                <w:b/>
                <w:sz w:val="16"/>
              </w:rPr>
              <w:t>$ 41.200,00</w:t>
            </w:r>
          </w:p>
        </w:tc>
        <w:tc>
          <w:tcPr>
            <w:tcW w:w="1368" w:type="dxa"/>
            <w:shd w:val="clear" w:color="auto" w:fill="F9FAFC"/>
            <w:tcMar>
              <w:top w:w="60" w:type="dxa"/>
              <w:left w:w="80" w:type="dxa"/>
              <w:bottom w:w="60" w:type="dxa"/>
              <w:right w:w="80" w:type="dxa"/>
            </w:tcMar>
          </w:tcPr>
          <w:p w14:paraId="2DA80CEE" w14:textId="77777777" w:rsidR="0038730B" w:rsidRDefault="0038730B" w:rsidP="00633432">
            <w:pPr>
              <w:jc w:val="center"/>
            </w:pPr>
            <w:r>
              <w:rPr>
                <w:sz w:val="16"/>
              </w:rPr>
              <w:t>O.P. 12832</w:t>
            </w:r>
          </w:p>
        </w:tc>
        <w:tc>
          <w:tcPr>
            <w:tcW w:w="1224" w:type="dxa"/>
            <w:shd w:val="clear" w:color="auto" w:fill="F9FAFC"/>
            <w:tcMar>
              <w:top w:w="60" w:type="dxa"/>
              <w:left w:w="80" w:type="dxa"/>
              <w:bottom w:w="60" w:type="dxa"/>
              <w:right w:w="80" w:type="dxa"/>
            </w:tcMar>
          </w:tcPr>
          <w:p w14:paraId="2304C541" w14:textId="77777777" w:rsidR="0038730B" w:rsidRDefault="0038730B" w:rsidP="00633432">
            <w:pPr>
              <w:jc w:val="center"/>
            </w:pPr>
            <w:r>
              <w:rPr>
                <w:sz w:val="16"/>
              </w:rPr>
              <w:t>29/12/2025</w:t>
            </w:r>
          </w:p>
        </w:tc>
        <w:tc>
          <w:tcPr>
            <w:tcW w:w="1800" w:type="dxa"/>
            <w:shd w:val="clear" w:color="auto" w:fill="F9FAFC"/>
            <w:tcMar>
              <w:top w:w="60" w:type="dxa"/>
              <w:left w:w="80" w:type="dxa"/>
              <w:bottom w:w="60" w:type="dxa"/>
              <w:right w:w="80" w:type="dxa"/>
            </w:tcMar>
          </w:tcPr>
          <w:p w14:paraId="09100A56" w14:textId="77777777" w:rsidR="0038730B" w:rsidRDefault="0038730B" w:rsidP="00633432">
            <w:r>
              <w:rPr>
                <w:sz w:val="16"/>
              </w:rPr>
              <w:t>Factura 4660/2025</w:t>
            </w:r>
          </w:p>
        </w:tc>
      </w:tr>
    </w:tbl>
    <w:p w14:paraId="5416EE00" w14:textId="77777777" w:rsidR="0038730B" w:rsidRDefault="0038730B" w:rsidP="002A2821">
      <w:pPr>
        <w:spacing w:after="200"/>
      </w:pPr>
    </w:p>
    <w:sectPr w:rsidR="0038730B" w:rsidSect="00905166">
      <w:footerReference w:type="default" r:id="rId8"/>
      <w:pgSz w:w="12240" w:h="20160" w:code="5"/>
      <w:pgMar w:top="1134" w:right="1077" w:bottom="1134" w:left="2552"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237055" w14:textId="77777777" w:rsidR="00D8259A" w:rsidRDefault="00D8259A">
      <w:pPr>
        <w:spacing w:after="0" w:line="240" w:lineRule="auto"/>
      </w:pPr>
      <w:r>
        <w:separator/>
      </w:r>
    </w:p>
  </w:endnote>
  <w:endnote w:type="continuationSeparator" w:id="0">
    <w:p w14:paraId="2FA50239" w14:textId="77777777" w:rsidR="00D8259A" w:rsidRDefault="00D825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modern"/>
    <w:notTrueType/>
    <w:pitch w:val="fixed"/>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Helvetica Neue">
    <w:altName w:val="Times New Roman"/>
    <w:charset w:val="00"/>
    <w:family w:val="roman"/>
    <w:pitch w:val="default"/>
  </w:font>
  <w:font w:name="Arial Unicode MS">
    <w:altName w:val="Arial"/>
    <w:panose1 w:val="020B0604020202020204"/>
    <w:charset w:val="00"/>
    <w:family w:val="roman"/>
    <w:pitch w:val="variable"/>
    <w:sig w:usb0="00000003" w:usb1="00000000" w:usb2="00000000" w:usb3="00000000" w:csb0="00000001" w:csb1="00000000"/>
  </w:font>
  <w:font w:name="Corsiva">
    <w:altName w:val="Times New Roman"/>
    <w:panose1 w:val="00000000000000000000"/>
    <w:charset w:val="00"/>
    <w:family w:val="roman"/>
    <w:notTrueType/>
    <w:pitch w:val="default"/>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E6C9EA" w14:textId="35563FB7" w:rsidR="00DD0A72" w:rsidRDefault="00DD0A72">
    <w:pPr>
      <w:pStyle w:val="Piedepgina"/>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4D35D3" w14:textId="77777777" w:rsidR="00D8259A" w:rsidRDefault="00D8259A">
      <w:pPr>
        <w:spacing w:after="0" w:line="240" w:lineRule="auto"/>
      </w:pPr>
      <w:r>
        <w:separator/>
      </w:r>
    </w:p>
  </w:footnote>
  <w:footnote w:type="continuationSeparator" w:id="0">
    <w:p w14:paraId="5421A515" w14:textId="77777777" w:rsidR="00D8259A" w:rsidRDefault="00D8259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aconnmeros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aconnmeros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aconvietas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aconvietas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aconnmeros"/>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aconvietas"/>
      <w:lvlText w:val=""/>
      <w:lvlJc w:val="left"/>
      <w:pPr>
        <w:tabs>
          <w:tab w:val="num" w:pos="360"/>
        </w:tabs>
        <w:ind w:left="360" w:hanging="360"/>
      </w:pPr>
      <w:rPr>
        <w:rFonts w:ascii="Symbol" w:hAnsi="Symbol" w:hint="default"/>
      </w:rPr>
    </w:lvl>
  </w:abstractNum>
  <w:num w:numId="1" w16cid:durableId="517155832">
    <w:abstractNumId w:val="8"/>
  </w:num>
  <w:num w:numId="2" w16cid:durableId="1323002087">
    <w:abstractNumId w:val="6"/>
  </w:num>
  <w:num w:numId="3" w16cid:durableId="1197696200">
    <w:abstractNumId w:val="5"/>
  </w:num>
  <w:num w:numId="4" w16cid:durableId="1019619748">
    <w:abstractNumId w:val="4"/>
  </w:num>
  <w:num w:numId="5" w16cid:durableId="1485197356">
    <w:abstractNumId w:val="7"/>
  </w:num>
  <w:num w:numId="6" w16cid:durableId="399983761">
    <w:abstractNumId w:val="3"/>
  </w:num>
  <w:num w:numId="7" w16cid:durableId="2046440613">
    <w:abstractNumId w:val="2"/>
  </w:num>
  <w:num w:numId="8" w16cid:durableId="2060203990">
    <w:abstractNumId w:val="1"/>
  </w:num>
  <w:num w:numId="9" w16cid:durableId="9495104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066A0B"/>
    <w:rsid w:val="0012267A"/>
    <w:rsid w:val="0015074B"/>
    <w:rsid w:val="0029639D"/>
    <w:rsid w:val="002A2821"/>
    <w:rsid w:val="00325143"/>
    <w:rsid w:val="00326F90"/>
    <w:rsid w:val="0038730B"/>
    <w:rsid w:val="00404FEF"/>
    <w:rsid w:val="004A36C8"/>
    <w:rsid w:val="0065360A"/>
    <w:rsid w:val="00905166"/>
    <w:rsid w:val="00957164"/>
    <w:rsid w:val="009A3E8E"/>
    <w:rsid w:val="00A74E78"/>
    <w:rsid w:val="00AA1D8D"/>
    <w:rsid w:val="00B47730"/>
    <w:rsid w:val="00CB0664"/>
    <w:rsid w:val="00CD6A39"/>
    <w:rsid w:val="00CF0301"/>
    <w:rsid w:val="00D8259A"/>
    <w:rsid w:val="00DD0A72"/>
    <w:rsid w:val="00E30CF7"/>
    <w:rsid w:val="00F96F48"/>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CD4ED24"/>
  <w14:defaultImageDpi w14:val="300"/>
  <w15:docId w15:val="{C413FCDE-62F1-4871-BA0E-B70DAFE789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20"/>
    </w:pPr>
    <w:rPr>
      <w:rFonts w:ascii="Arial" w:hAnsi="Arial"/>
      <w:color w:val="222222"/>
    </w:rPr>
  </w:style>
  <w:style w:type="paragraph" w:styleId="Ttulo1">
    <w:name w:val="heading 1"/>
    <w:basedOn w:val="Normal"/>
    <w:next w:val="Normal"/>
    <w:link w:val="Ttulo1C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Ttulo7">
    <w:name w:val="heading 7"/>
    <w:basedOn w:val="Normal"/>
    <w:next w:val="Normal"/>
    <w:link w:val="Ttulo7C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Ttulo9">
    <w:name w:val="heading 9"/>
    <w:basedOn w:val="Normal"/>
    <w:next w:val="Normal"/>
    <w:link w:val="Ttulo9C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E618BF"/>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E618BF"/>
  </w:style>
  <w:style w:type="paragraph" w:styleId="Piedepgina">
    <w:name w:val="footer"/>
    <w:basedOn w:val="Normal"/>
    <w:link w:val="PiedepginaCar"/>
    <w:uiPriority w:val="99"/>
    <w:unhideWhenUsed/>
    <w:rsid w:val="00E618BF"/>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E618BF"/>
  </w:style>
  <w:style w:type="paragraph" w:styleId="Sinespaciado">
    <w:name w:val="No Spacing"/>
    <w:uiPriority w:val="1"/>
    <w:qFormat/>
    <w:rsid w:val="00FC693F"/>
    <w:pPr>
      <w:spacing w:after="0" w:line="240" w:lineRule="auto"/>
    </w:pPr>
  </w:style>
  <w:style w:type="character" w:customStyle="1" w:styleId="Ttulo1Car">
    <w:name w:val="Título 1 Car"/>
    <w:basedOn w:val="Fuentedeprrafopredeter"/>
    <w:link w:val="Ttulo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Ttulo2Car">
    <w:name w:val="Título 2 Car"/>
    <w:basedOn w:val="Fuentedeprrafopredeter"/>
    <w:link w:val="Ttulo2"/>
    <w:uiPriority w:val="9"/>
    <w:rsid w:val="00FC693F"/>
    <w:rPr>
      <w:rFonts w:asciiTheme="majorHAnsi" w:eastAsiaTheme="majorEastAsia" w:hAnsiTheme="majorHAnsi" w:cstheme="majorBidi"/>
      <w:b/>
      <w:bCs/>
      <w:color w:val="4F81BD" w:themeColor="accent1"/>
      <w:sz w:val="26"/>
      <w:szCs w:val="26"/>
    </w:rPr>
  </w:style>
  <w:style w:type="character" w:customStyle="1" w:styleId="Ttulo3Car">
    <w:name w:val="Título 3 Car"/>
    <w:basedOn w:val="Fuentedeprrafopredeter"/>
    <w:link w:val="Ttulo3"/>
    <w:uiPriority w:val="9"/>
    <w:rsid w:val="00FC693F"/>
    <w:rPr>
      <w:rFonts w:asciiTheme="majorHAnsi" w:eastAsiaTheme="majorEastAsia" w:hAnsiTheme="majorHAnsi" w:cstheme="majorBidi"/>
      <w:b/>
      <w:bCs/>
      <w:color w:val="4F81BD" w:themeColor="accent1"/>
    </w:rPr>
  </w:style>
  <w:style w:type="paragraph" w:styleId="Ttulo">
    <w:name w:val="Title"/>
    <w:basedOn w:val="Normal"/>
    <w:next w:val="Normal"/>
    <w:link w:val="TtuloC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ar">
    <w:name w:val="Título Car"/>
    <w:basedOn w:val="Fuentedeprrafopredeter"/>
    <w:link w:val="Ttulo"/>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tulo">
    <w:name w:val="Subtitle"/>
    <w:basedOn w:val="Normal"/>
    <w:next w:val="Normal"/>
    <w:link w:val="SubttuloC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ar">
    <w:name w:val="Subtítulo Car"/>
    <w:basedOn w:val="Fuentedeprrafopredeter"/>
    <w:link w:val="Subttulo"/>
    <w:uiPriority w:val="11"/>
    <w:rsid w:val="00FC693F"/>
    <w:rPr>
      <w:rFonts w:asciiTheme="majorHAnsi" w:eastAsiaTheme="majorEastAsia" w:hAnsiTheme="majorHAnsi" w:cstheme="majorBidi"/>
      <w:i/>
      <w:iCs/>
      <w:color w:val="4F81BD" w:themeColor="accent1"/>
      <w:spacing w:val="15"/>
      <w:sz w:val="24"/>
      <w:szCs w:val="24"/>
    </w:rPr>
  </w:style>
  <w:style w:type="paragraph" w:styleId="Prrafodelista">
    <w:name w:val="List Paragraph"/>
    <w:basedOn w:val="Normal"/>
    <w:uiPriority w:val="34"/>
    <w:qFormat/>
    <w:rsid w:val="00FC693F"/>
    <w:pPr>
      <w:ind w:left="720"/>
      <w:contextualSpacing/>
    </w:pPr>
  </w:style>
  <w:style w:type="paragraph" w:styleId="Textoindependiente">
    <w:name w:val="Body Text"/>
    <w:basedOn w:val="Normal"/>
    <w:link w:val="TextoindependienteCar"/>
    <w:uiPriority w:val="99"/>
    <w:unhideWhenUsed/>
    <w:rsid w:val="00AA1D8D"/>
  </w:style>
  <w:style w:type="character" w:customStyle="1" w:styleId="TextoindependienteCar">
    <w:name w:val="Texto independiente Car"/>
    <w:basedOn w:val="Fuentedeprrafopredeter"/>
    <w:link w:val="Textoindependiente"/>
    <w:uiPriority w:val="99"/>
    <w:rsid w:val="00AA1D8D"/>
  </w:style>
  <w:style w:type="paragraph" w:styleId="Textoindependiente2">
    <w:name w:val="Body Text 2"/>
    <w:basedOn w:val="Normal"/>
    <w:link w:val="Textoindependiente2Car"/>
    <w:uiPriority w:val="99"/>
    <w:unhideWhenUsed/>
    <w:rsid w:val="00AA1D8D"/>
    <w:pPr>
      <w:spacing w:line="480" w:lineRule="auto"/>
    </w:pPr>
  </w:style>
  <w:style w:type="character" w:customStyle="1" w:styleId="Textoindependiente2Car">
    <w:name w:val="Texto independiente 2 Car"/>
    <w:basedOn w:val="Fuentedeprrafopredeter"/>
    <w:link w:val="Textoindependiente2"/>
    <w:uiPriority w:val="99"/>
    <w:rsid w:val="00AA1D8D"/>
  </w:style>
  <w:style w:type="paragraph" w:styleId="Textoindependiente3">
    <w:name w:val="Body Text 3"/>
    <w:basedOn w:val="Normal"/>
    <w:link w:val="Textoindependiente3Car"/>
    <w:uiPriority w:val="99"/>
    <w:unhideWhenUsed/>
    <w:rsid w:val="00AA1D8D"/>
    <w:rPr>
      <w:sz w:val="16"/>
      <w:szCs w:val="16"/>
    </w:rPr>
  </w:style>
  <w:style w:type="character" w:customStyle="1" w:styleId="Textoindependiente3Car">
    <w:name w:val="Texto independiente 3 Car"/>
    <w:basedOn w:val="Fuentedeprrafopredeter"/>
    <w:link w:val="Textoindependiente3"/>
    <w:uiPriority w:val="99"/>
    <w:rsid w:val="00AA1D8D"/>
    <w:rPr>
      <w:sz w:val="16"/>
      <w:szCs w:val="16"/>
    </w:rPr>
  </w:style>
  <w:style w:type="paragraph" w:styleId="Lista">
    <w:name w:val="List"/>
    <w:basedOn w:val="Normal"/>
    <w:uiPriority w:val="99"/>
    <w:unhideWhenUsed/>
    <w:rsid w:val="00AA1D8D"/>
    <w:pPr>
      <w:ind w:left="360" w:hanging="360"/>
      <w:contextualSpacing/>
    </w:pPr>
  </w:style>
  <w:style w:type="paragraph" w:styleId="Lista2">
    <w:name w:val="List 2"/>
    <w:basedOn w:val="Normal"/>
    <w:uiPriority w:val="99"/>
    <w:unhideWhenUsed/>
    <w:rsid w:val="00326F90"/>
    <w:pPr>
      <w:ind w:left="720" w:hanging="360"/>
      <w:contextualSpacing/>
    </w:pPr>
  </w:style>
  <w:style w:type="paragraph" w:styleId="Lista3">
    <w:name w:val="List 3"/>
    <w:basedOn w:val="Normal"/>
    <w:uiPriority w:val="99"/>
    <w:unhideWhenUsed/>
    <w:rsid w:val="00326F90"/>
    <w:pPr>
      <w:ind w:left="1080" w:hanging="360"/>
      <w:contextualSpacing/>
    </w:pPr>
  </w:style>
  <w:style w:type="paragraph" w:styleId="Listaconvietas">
    <w:name w:val="List Bullet"/>
    <w:basedOn w:val="Normal"/>
    <w:uiPriority w:val="99"/>
    <w:unhideWhenUsed/>
    <w:rsid w:val="00326F90"/>
    <w:pPr>
      <w:numPr>
        <w:numId w:val="1"/>
      </w:numPr>
      <w:contextualSpacing/>
    </w:pPr>
  </w:style>
  <w:style w:type="paragraph" w:styleId="Listaconvietas2">
    <w:name w:val="List Bullet 2"/>
    <w:basedOn w:val="Normal"/>
    <w:uiPriority w:val="99"/>
    <w:unhideWhenUsed/>
    <w:rsid w:val="00326F90"/>
    <w:pPr>
      <w:numPr>
        <w:numId w:val="2"/>
      </w:numPr>
      <w:contextualSpacing/>
    </w:pPr>
  </w:style>
  <w:style w:type="paragraph" w:styleId="Listaconvietas3">
    <w:name w:val="List Bullet 3"/>
    <w:basedOn w:val="Normal"/>
    <w:uiPriority w:val="99"/>
    <w:unhideWhenUsed/>
    <w:rsid w:val="00326F90"/>
    <w:pPr>
      <w:numPr>
        <w:numId w:val="3"/>
      </w:numPr>
      <w:contextualSpacing/>
    </w:pPr>
  </w:style>
  <w:style w:type="paragraph" w:styleId="Listaconnmeros">
    <w:name w:val="List Number"/>
    <w:basedOn w:val="Normal"/>
    <w:uiPriority w:val="99"/>
    <w:unhideWhenUsed/>
    <w:rsid w:val="00326F90"/>
    <w:pPr>
      <w:numPr>
        <w:numId w:val="5"/>
      </w:numPr>
      <w:contextualSpacing/>
    </w:pPr>
  </w:style>
  <w:style w:type="paragraph" w:styleId="Listaconnmeros2">
    <w:name w:val="List Number 2"/>
    <w:basedOn w:val="Normal"/>
    <w:uiPriority w:val="99"/>
    <w:unhideWhenUsed/>
    <w:rsid w:val="0029639D"/>
    <w:pPr>
      <w:numPr>
        <w:numId w:val="6"/>
      </w:numPr>
      <w:contextualSpacing/>
    </w:pPr>
  </w:style>
  <w:style w:type="paragraph" w:styleId="Listaconnmeros3">
    <w:name w:val="List Number 3"/>
    <w:basedOn w:val="Normal"/>
    <w:uiPriority w:val="99"/>
    <w:unhideWhenUsed/>
    <w:rsid w:val="0029639D"/>
    <w:pPr>
      <w:numPr>
        <w:numId w:val="7"/>
      </w:numPr>
      <w:contextualSpacing/>
    </w:pPr>
  </w:style>
  <w:style w:type="paragraph" w:styleId="Continuarlista">
    <w:name w:val="List Continue"/>
    <w:basedOn w:val="Normal"/>
    <w:uiPriority w:val="99"/>
    <w:unhideWhenUsed/>
    <w:rsid w:val="0029639D"/>
    <w:pPr>
      <w:ind w:left="360"/>
      <w:contextualSpacing/>
    </w:pPr>
  </w:style>
  <w:style w:type="paragraph" w:styleId="Continuarlista2">
    <w:name w:val="List Continue 2"/>
    <w:basedOn w:val="Normal"/>
    <w:uiPriority w:val="99"/>
    <w:unhideWhenUsed/>
    <w:rsid w:val="0029639D"/>
    <w:pPr>
      <w:ind w:left="720"/>
      <w:contextualSpacing/>
    </w:pPr>
  </w:style>
  <w:style w:type="paragraph" w:styleId="Continuarlista3">
    <w:name w:val="List Continue 3"/>
    <w:basedOn w:val="Normal"/>
    <w:uiPriority w:val="99"/>
    <w:unhideWhenUsed/>
    <w:rsid w:val="0029639D"/>
    <w:pPr>
      <w:ind w:left="1080"/>
      <w:contextualSpacing/>
    </w:pPr>
  </w:style>
  <w:style w:type="paragraph" w:styleId="Textomacro">
    <w:name w:val="macro"/>
    <w:link w:val="TextomacroC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TextomacroCar">
    <w:name w:val="Texto macro Car"/>
    <w:basedOn w:val="Fuentedeprrafopredeter"/>
    <w:link w:val="Textomacro"/>
    <w:uiPriority w:val="99"/>
    <w:rsid w:val="0029639D"/>
    <w:rPr>
      <w:rFonts w:ascii="Courier" w:hAnsi="Courier"/>
      <w:sz w:val="20"/>
      <w:szCs w:val="20"/>
    </w:rPr>
  </w:style>
  <w:style w:type="paragraph" w:styleId="Cita">
    <w:name w:val="Quote"/>
    <w:basedOn w:val="Normal"/>
    <w:next w:val="Normal"/>
    <w:link w:val="CitaCar"/>
    <w:uiPriority w:val="29"/>
    <w:qFormat/>
    <w:rsid w:val="00FC693F"/>
    <w:rPr>
      <w:i/>
      <w:iCs/>
      <w:color w:val="000000" w:themeColor="text1"/>
    </w:rPr>
  </w:style>
  <w:style w:type="character" w:customStyle="1" w:styleId="CitaCar">
    <w:name w:val="Cita Car"/>
    <w:basedOn w:val="Fuentedeprrafopredeter"/>
    <w:link w:val="Cita"/>
    <w:uiPriority w:val="29"/>
    <w:rsid w:val="00FC693F"/>
    <w:rPr>
      <w:i/>
      <w:iCs/>
      <w:color w:val="000000" w:themeColor="text1"/>
    </w:rPr>
  </w:style>
  <w:style w:type="character" w:customStyle="1" w:styleId="Ttulo4Car">
    <w:name w:val="Título 4 Car"/>
    <w:basedOn w:val="Fuentedeprrafopredeter"/>
    <w:link w:val="Ttulo4"/>
    <w:uiPriority w:val="9"/>
    <w:semiHidden/>
    <w:rsid w:val="00FC693F"/>
    <w:rPr>
      <w:rFonts w:asciiTheme="majorHAnsi" w:eastAsiaTheme="majorEastAsia" w:hAnsiTheme="majorHAnsi" w:cstheme="majorBidi"/>
      <w:b/>
      <w:bCs/>
      <w:i/>
      <w:iCs/>
      <w:color w:val="4F81BD" w:themeColor="accent1"/>
    </w:rPr>
  </w:style>
  <w:style w:type="character" w:customStyle="1" w:styleId="Ttulo5Car">
    <w:name w:val="Título 5 Car"/>
    <w:basedOn w:val="Fuentedeprrafopredeter"/>
    <w:link w:val="Ttulo5"/>
    <w:uiPriority w:val="9"/>
    <w:semiHidden/>
    <w:rsid w:val="00FC693F"/>
    <w:rPr>
      <w:rFonts w:asciiTheme="majorHAnsi" w:eastAsiaTheme="majorEastAsia" w:hAnsiTheme="majorHAnsi" w:cstheme="majorBidi"/>
      <w:color w:val="243F60" w:themeColor="accent1" w:themeShade="7F"/>
    </w:rPr>
  </w:style>
  <w:style w:type="character" w:customStyle="1" w:styleId="Ttulo6Car">
    <w:name w:val="Título 6 Car"/>
    <w:basedOn w:val="Fuentedeprrafopredeter"/>
    <w:link w:val="Ttulo6"/>
    <w:uiPriority w:val="9"/>
    <w:semiHidden/>
    <w:rsid w:val="00FC693F"/>
    <w:rPr>
      <w:rFonts w:asciiTheme="majorHAnsi" w:eastAsiaTheme="majorEastAsia" w:hAnsiTheme="majorHAnsi" w:cstheme="majorBidi"/>
      <w:i/>
      <w:iCs/>
      <w:color w:val="243F60" w:themeColor="accent1" w:themeShade="7F"/>
    </w:rPr>
  </w:style>
  <w:style w:type="character" w:customStyle="1" w:styleId="Ttulo7Car">
    <w:name w:val="Título 7 Car"/>
    <w:basedOn w:val="Fuentedeprrafopredeter"/>
    <w:link w:val="Ttulo7"/>
    <w:uiPriority w:val="9"/>
    <w:semiHidden/>
    <w:rsid w:val="00FC693F"/>
    <w:rPr>
      <w:rFonts w:asciiTheme="majorHAnsi" w:eastAsiaTheme="majorEastAsia" w:hAnsiTheme="majorHAnsi" w:cstheme="majorBidi"/>
      <w:i/>
      <w:iCs/>
      <w:color w:val="404040" w:themeColor="text1" w:themeTint="BF"/>
    </w:rPr>
  </w:style>
  <w:style w:type="character" w:customStyle="1" w:styleId="Ttulo8Car">
    <w:name w:val="Título 8 Car"/>
    <w:basedOn w:val="Fuentedeprrafopredeter"/>
    <w:link w:val="Ttulo8"/>
    <w:uiPriority w:val="9"/>
    <w:semiHidden/>
    <w:rsid w:val="00FC693F"/>
    <w:rPr>
      <w:rFonts w:asciiTheme="majorHAnsi" w:eastAsiaTheme="majorEastAsia" w:hAnsiTheme="majorHAnsi" w:cstheme="majorBidi"/>
      <w:color w:val="4F81BD" w:themeColor="accent1"/>
      <w:sz w:val="20"/>
      <w:szCs w:val="20"/>
    </w:rPr>
  </w:style>
  <w:style w:type="character" w:customStyle="1" w:styleId="Ttulo9Car">
    <w:name w:val="Título 9 Car"/>
    <w:basedOn w:val="Fuentedeprrafopredeter"/>
    <w:link w:val="Ttulo9"/>
    <w:uiPriority w:val="9"/>
    <w:semiHidden/>
    <w:rsid w:val="00FC693F"/>
    <w:rPr>
      <w:rFonts w:asciiTheme="majorHAnsi" w:eastAsiaTheme="majorEastAsia" w:hAnsiTheme="majorHAnsi" w:cstheme="majorBidi"/>
      <w:i/>
      <w:iCs/>
      <w:color w:val="404040" w:themeColor="text1" w:themeTint="BF"/>
      <w:sz w:val="20"/>
      <w:szCs w:val="20"/>
    </w:rPr>
  </w:style>
  <w:style w:type="paragraph" w:styleId="Descripci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Fuerte">
    <w:name w:val="Strong"/>
    <w:basedOn w:val="Fuentedeprrafopredeter"/>
    <w:uiPriority w:val="22"/>
    <w:qFormat/>
    <w:rsid w:val="00FC693F"/>
    <w:rPr>
      <w:b/>
      <w:bCs/>
    </w:rPr>
  </w:style>
  <w:style w:type="character" w:styleId="nfasis">
    <w:name w:val="Emphasis"/>
    <w:basedOn w:val="Fuentedeprrafopredeter"/>
    <w:uiPriority w:val="20"/>
    <w:qFormat/>
    <w:rsid w:val="00FC693F"/>
    <w:rPr>
      <w:i/>
      <w:iCs/>
    </w:rPr>
  </w:style>
  <w:style w:type="paragraph" w:styleId="Citadestacada">
    <w:name w:val="Intense Quote"/>
    <w:basedOn w:val="Normal"/>
    <w:next w:val="Normal"/>
    <w:link w:val="CitadestacadaC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CitadestacadaCar">
    <w:name w:val="Cita destacada Car"/>
    <w:basedOn w:val="Fuentedeprrafopredeter"/>
    <w:link w:val="Citadestacada"/>
    <w:uiPriority w:val="30"/>
    <w:rsid w:val="00FC693F"/>
    <w:rPr>
      <w:b/>
      <w:bCs/>
      <w:i/>
      <w:iCs/>
      <w:color w:val="4F81BD" w:themeColor="accent1"/>
    </w:rPr>
  </w:style>
  <w:style w:type="character" w:styleId="nfasissutil">
    <w:name w:val="Subtle Emphasis"/>
    <w:basedOn w:val="Fuentedeprrafopredeter"/>
    <w:uiPriority w:val="19"/>
    <w:qFormat/>
    <w:rsid w:val="00FC693F"/>
    <w:rPr>
      <w:i/>
      <w:iCs/>
      <w:color w:val="808080" w:themeColor="text1" w:themeTint="7F"/>
    </w:rPr>
  </w:style>
  <w:style w:type="character" w:styleId="nfasisintenso">
    <w:name w:val="Intense Emphasis"/>
    <w:basedOn w:val="Fuentedeprrafopredeter"/>
    <w:uiPriority w:val="21"/>
    <w:qFormat/>
    <w:rsid w:val="00FC693F"/>
    <w:rPr>
      <w:b/>
      <w:bCs/>
      <w:i/>
      <w:iCs/>
      <w:color w:val="4F81BD" w:themeColor="accent1"/>
    </w:rPr>
  </w:style>
  <w:style w:type="character" w:styleId="Referenciasutil">
    <w:name w:val="Subtle Reference"/>
    <w:basedOn w:val="Fuentedeprrafopredeter"/>
    <w:uiPriority w:val="31"/>
    <w:qFormat/>
    <w:rsid w:val="00FC693F"/>
    <w:rPr>
      <w:smallCaps/>
      <w:color w:val="C0504D" w:themeColor="accent2"/>
      <w:u w:val="single"/>
    </w:rPr>
  </w:style>
  <w:style w:type="character" w:styleId="Referenciaintensa">
    <w:name w:val="Intense Reference"/>
    <w:basedOn w:val="Fuentedeprrafopredeter"/>
    <w:uiPriority w:val="32"/>
    <w:qFormat/>
    <w:rsid w:val="00FC693F"/>
    <w:rPr>
      <w:b/>
      <w:bCs/>
      <w:smallCaps/>
      <w:color w:val="C0504D" w:themeColor="accent2"/>
      <w:spacing w:val="5"/>
      <w:u w:val="single"/>
    </w:rPr>
  </w:style>
  <w:style w:type="character" w:styleId="Ttulodellibro">
    <w:name w:val="Book Title"/>
    <w:basedOn w:val="Fuentedeprrafopredeter"/>
    <w:uiPriority w:val="33"/>
    <w:qFormat/>
    <w:rsid w:val="00FC693F"/>
    <w:rPr>
      <w:b/>
      <w:bCs/>
      <w:smallCaps/>
      <w:spacing w:val="5"/>
    </w:rPr>
  </w:style>
  <w:style w:type="paragraph" w:styleId="TtuloTDC">
    <w:name w:val="TOC Heading"/>
    <w:basedOn w:val="Ttulo1"/>
    <w:next w:val="Normal"/>
    <w:uiPriority w:val="39"/>
    <w:semiHidden/>
    <w:unhideWhenUsed/>
    <w:qFormat/>
    <w:rsid w:val="00FC693F"/>
    <w:pPr>
      <w:outlineLvl w:val="9"/>
    </w:pPr>
  </w:style>
  <w:style w:type="table" w:styleId="Tablaconcuadrcula">
    <w:name w:val="Table Grid"/>
    <w:basedOn w:val="Tabla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doclaro">
    <w:name w:val="Light Shading"/>
    <w:basedOn w:val="Tabla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ombreadoclaro-nfasis1">
    <w:name w:val="Light Shading Accent 1"/>
    <w:basedOn w:val="Tabla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ombreadoclaro-nfasis2">
    <w:name w:val="Light Shading Accent 2"/>
    <w:basedOn w:val="Tabla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ombreadoclaro-nfasis3">
    <w:name w:val="Light Shading Accent 3"/>
    <w:basedOn w:val="Tabla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ombreadoclaro-nfasis4">
    <w:name w:val="Light Shading Accent 4"/>
    <w:basedOn w:val="Tabla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ombreadoclaro-nfasis5">
    <w:name w:val="Light Shading Accent 5"/>
    <w:basedOn w:val="Tabla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ombreadoclaro-nfasis6">
    <w:name w:val="Light Shading Accent 6"/>
    <w:basedOn w:val="Tabla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staclara">
    <w:name w:val="Light List"/>
    <w:basedOn w:val="Tabla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staclara-nfasis1">
    <w:name w:val="Light List Accent 1"/>
    <w:basedOn w:val="Tabla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staclara-nfasis2">
    <w:name w:val="Light List Accent 2"/>
    <w:basedOn w:val="Tabla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staclara-nfasis3">
    <w:name w:val="Light List Accent 3"/>
    <w:basedOn w:val="Tabla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staclara-nfasis4">
    <w:name w:val="Light List Accent 4"/>
    <w:basedOn w:val="Tabla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staclara-nfasis5">
    <w:name w:val="Light List Accent 5"/>
    <w:basedOn w:val="Tabla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staclara-nfasis6">
    <w:name w:val="Light List Accent 6"/>
    <w:basedOn w:val="Tabla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Cuadrculaclara">
    <w:name w:val="Light Grid"/>
    <w:basedOn w:val="Tabla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Cuadrculaclara-nfasis1">
    <w:name w:val="Light Grid Accent 1"/>
    <w:basedOn w:val="Tabla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Cuadrculaclara-nfasis2">
    <w:name w:val="Light Grid Accent 2"/>
    <w:basedOn w:val="Tabla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Cuadrculaclara-nfasis3">
    <w:name w:val="Light Grid Accent 3"/>
    <w:basedOn w:val="Tabla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Cuadrculaclara-nfasis4">
    <w:name w:val="Light Grid Accent 4"/>
    <w:basedOn w:val="Tabla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Cuadrculaclara-nfasis5">
    <w:name w:val="Light Grid Accent 5"/>
    <w:basedOn w:val="Tabla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Cuadrculaclara-nfasis6">
    <w:name w:val="Light Grid Accent 6"/>
    <w:basedOn w:val="Tabla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Sombreadomedio1">
    <w:name w:val="Medium Shading 1"/>
    <w:basedOn w:val="Tabla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ombreadomedio1-nfasis1">
    <w:name w:val="Medium Shading 1 Accent 1"/>
    <w:basedOn w:val="Tabla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ombreadomedio1-nfasis2">
    <w:name w:val="Medium Shading 1 Accent 2"/>
    <w:basedOn w:val="Tabla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ombreadomedio1-nfasis3">
    <w:name w:val="Medium Shading 1 Accent 3"/>
    <w:basedOn w:val="Tabla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ombreadomedio1-nfasis4">
    <w:name w:val="Medium Shading 1 Accent 4"/>
    <w:basedOn w:val="Tabla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ombreadomedio1-nfasis5">
    <w:name w:val="Medium Shading 1 Accent 5"/>
    <w:basedOn w:val="Tabla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ombreadomedio1-nfasis6">
    <w:name w:val="Medium Shading 1 Accent 6"/>
    <w:basedOn w:val="Tabla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ombreadomedio2">
    <w:name w:val="Medium Shading 2"/>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1">
    <w:name w:val="Medium Shading 2 Accent 1"/>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2">
    <w:name w:val="Medium Shading 2 Accent 2"/>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3">
    <w:name w:val="Medium Shading 2 Accent 3"/>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4">
    <w:name w:val="Medium Shading 2 Accent 4"/>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5">
    <w:name w:val="Medium Shading 2 Accent 5"/>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6">
    <w:name w:val="Medium Shading 2 Accent 6"/>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istamedia1">
    <w:name w:val="Medium List 1"/>
    <w:basedOn w:val="Tabla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Listamedia1-nfasis1">
    <w:name w:val="Medium List 1 Accent 1"/>
    <w:basedOn w:val="Tabla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Listamedia1-nfasis2">
    <w:name w:val="Medium List 1 Accent 2"/>
    <w:basedOn w:val="Tabla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Listamedia1-nfasis3">
    <w:name w:val="Medium List 1 Accent 3"/>
    <w:basedOn w:val="Tabla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Listamedia1-nfasis4">
    <w:name w:val="Medium List 1 Accent 4"/>
    <w:basedOn w:val="Tabla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Listamedia1-nfasis5">
    <w:name w:val="Medium List 1 Accent 5"/>
    <w:basedOn w:val="Tabla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Listamedia1-nfasis6">
    <w:name w:val="Medium List 1 Accent 6"/>
    <w:basedOn w:val="Tabla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Listamedia2">
    <w:name w:val="Medium List 2"/>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1">
    <w:name w:val="Medium List 2 Accent 1"/>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2">
    <w:name w:val="Medium List 2 Accent 2"/>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3">
    <w:name w:val="Medium List 2 Accent 3"/>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4">
    <w:name w:val="Medium List 2 Accent 4"/>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5">
    <w:name w:val="Medium List 2 Accent 5"/>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6">
    <w:name w:val="Medium List 2 Accent 6"/>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Cuadrculamedia1">
    <w:name w:val="Medium Grid 1"/>
    <w:basedOn w:val="Tabla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uadrculamedia1-nfasis1">
    <w:name w:val="Medium Grid 1 Accent 1"/>
    <w:basedOn w:val="Tabla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uadrculamedia1-nfasis2">
    <w:name w:val="Medium Grid 1 Accent 2"/>
    <w:basedOn w:val="Tabla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uadrculamedia1-nfasis3">
    <w:name w:val="Medium Grid 1 Accent 3"/>
    <w:basedOn w:val="Tabla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uadrculamedia1-nfasis4">
    <w:name w:val="Medium Grid 1 Accent 4"/>
    <w:basedOn w:val="Tabla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uadrculamedia1-nfasis5">
    <w:name w:val="Medium Grid 1 Accent 5"/>
    <w:basedOn w:val="Tabla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uadrculamedia1-nfasis6">
    <w:name w:val="Medium Grid 1 Accent 6"/>
    <w:basedOn w:val="Tabla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Cuadrculamedia2">
    <w:name w:val="Medium Grid 2"/>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Cuadrculamedia2-nfasis1">
    <w:name w:val="Medium Grid 2 Accent 1"/>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Cuadrculamedia2-nfasis2">
    <w:name w:val="Medium Grid 2 Accent 2"/>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Cuadrculamedia2-nfasis3">
    <w:name w:val="Medium Grid 2 Accent 3"/>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Cuadrculamedia2-nfasis4">
    <w:name w:val="Medium Grid 2 Accent 4"/>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Cuadrculamedia2-nfasis5">
    <w:name w:val="Medium Grid 2 Accent 5"/>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Cuadrculamedia2-nfasis6">
    <w:name w:val="Medium Grid 2 Accent 6"/>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Cuadrculamedia3">
    <w:name w:val="Medium Grid 3"/>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Cuadrculamedia3-nfasis1">
    <w:name w:val="Medium Grid 3 Accent 1"/>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Cuadrculamedia3-nfasis2">
    <w:name w:val="Medium Grid 3 Accent 2"/>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Cuadrculamedia3-nfasis3">
    <w:name w:val="Medium Grid 3 Accent 3"/>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Cuadrculamedia3-nfasis4">
    <w:name w:val="Medium Grid 3 Accent 4"/>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Cuadrculamedia3-nfasis5">
    <w:name w:val="Medium Grid 3 Accent 5"/>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Cuadrculamedia3-nfasis6">
    <w:name w:val="Medium Grid 3 Accent 6"/>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Listaoscura">
    <w:name w:val="Dark List"/>
    <w:basedOn w:val="Tabla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Listaoscura-nfasis1">
    <w:name w:val="Dark List Accent 1"/>
    <w:basedOn w:val="Tabla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Listaoscura-nfasis2">
    <w:name w:val="Dark List Accent 2"/>
    <w:basedOn w:val="Tabla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Listaoscura-nfasis3">
    <w:name w:val="Dark List Accent 3"/>
    <w:basedOn w:val="Tabla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Listaoscura-nfasis4">
    <w:name w:val="Dark List Accent 4"/>
    <w:basedOn w:val="Tabla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Listaoscura-nfasis5">
    <w:name w:val="Dark List Accent 5"/>
    <w:basedOn w:val="Tabla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Listaoscura-nfasis6">
    <w:name w:val="Dark List Accent 6"/>
    <w:basedOn w:val="Tabla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Sombreadovistoso">
    <w:name w:val="Colorful Shading"/>
    <w:basedOn w:val="Tab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Sombreadovistoso-nfasis1">
    <w:name w:val="Colorful Shading Accent 1"/>
    <w:basedOn w:val="Tab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ombreadovistoso-nfasis2">
    <w:name w:val="Colorful Shading Accent 2"/>
    <w:basedOn w:val="Tab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Sombreadovistoso-nfasis3">
    <w:name w:val="Colorful Shading Accent 3"/>
    <w:basedOn w:val="Tabla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Sombreadovistoso-nfasis4">
    <w:name w:val="Colorful Shading Accent 4"/>
    <w:basedOn w:val="Tabla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Sombreadovistoso-nfasis5">
    <w:name w:val="Colorful Shading Accent 5"/>
    <w:basedOn w:val="Tabla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Sombreadovistoso-nfasis6">
    <w:name w:val="Colorful Shading Accent 6"/>
    <w:basedOn w:val="Tabla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Listavistosa">
    <w:name w:val="Colorful List"/>
    <w:basedOn w:val="Tabla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Listavistosa-nfasis1">
    <w:name w:val="Colorful List Accent 1"/>
    <w:basedOn w:val="Tabla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Listavistosa-nfasis2">
    <w:name w:val="Colorful List Accent 2"/>
    <w:basedOn w:val="Tabla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Listavistosa-nfasis3">
    <w:name w:val="Colorful List Accent 3"/>
    <w:basedOn w:val="Tabla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Listavistosa-nfasis4">
    <w:name w:val="Colorful List Accent 4"/>
    <w:basedOn w:val="Tabla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Listavistosa-nfasis5">
    <w:name w:val="Colorful List Accent 5"/>
    <w:basedOn w:val="Tabla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Listavistosa-nfasis6">
    <w:name w:val="Colorful List Accent 6"/>
    <w:basedOn w:val="Tabla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uadrculavistosa">
    <w:name w:val="Colorful Grid"/>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uadrculavistosa-nfasis1">
    <w:name w:val="Colorful Grid Accent 1"/>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uadrculavistosa-nfasis2">
    <w:name w:val="Colorful Grid Accent 2"/>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uadrculavistosa-nfasis3">
    <w:name w:val="Colorful Grid Accent 3"/>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uadrculavistosa-nfasis4">
    <w:name w:val="Colorful Grid Accent 4"/>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uadrculavistosa-nfasis5">
    <w:name w:val="Colorful Grid Accent 5"/>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uadrculavistosa-nfasis6">
    <w:name w:val="Colorful Grid Accent 6"/>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5227311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208349F-B90E-46DA-834B-7BC52E47B2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4</Pages>
  <Words>1271</Words>
  <Characters>6991</Characters>
  <Application>Microsoft Office Word</Application>
  <DocSecurity>0</DocSecurity>
  <Lines>58</Lines>
  <Paragraphs>16</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Manager/>
  <Company/>
  <LinksUpToDate>false</LinksUpToDate>
  <CharactersWithSpaces>8246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Ryzen5</cp:lastModifiedBy>
  <cp:revision>11</cp:revision>
  <cp:lastPrinted>2026-09-22T14:36:00Z</cp:lastPrinted>
  <dcterms:created xsi:type="dcterms:W3CDTF">2026-09-21T14:16:00Z</dcterms:created>
  <dcterms:modified xsi:type="dcterms:W3CDTF">2026-09-25T16:36:00Z</dcterms:modified>
  <cp:category/>
</cp:coreProperties>
</file>